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Layout w:type="fixed"/>
        <w:tblLook w:val="04A0" w:firstRow="1" w:lastRow="0" w:firstColumn="1" w:lastColumn="0" w:noHBand="0" w:noVBand="1"/>
        <w:tblBorders>
          <w:top w:val="single" w:sz="5" w:space="0" w:color="C7D6E0"/>
          <w:left w:val="single" w:sz="5" w:space="0" w:color="C7D6E0"/>
          <w:bottom w:val="single" w:sz="5" w:space="0" w:color="C7D6E0"/>
          <w:right w:val="single" w:sz="5" w:space="0" w:color="C7D6E0"/>
          <w:insideH w:val="single" w:sz="5" w:space="0" w:color="C7D6E0"/>
          <w:insideV w:val="single" w:sz="5" w:space="0" w:color="C7D6E0"/>
        </w:tblBorders>
        <w:tblCellMar>
          <w:top w:w="40" w:type="dxa"/>
          <w:left w:w="90" w:type="dxa"/>
          <w:bottom w:w="40" w:type="dxa"/>
          <w:right w:w="90" w:type="dxa"/>
        </w:tblCellMar>
        <w:jc w:val="left"/>
        <w:tblInd w:w="90" w:type="dxa"/>
        <w:tblW w:w="10432" w:type="dxa"/>
      </w:tblPr>
      <w:tblGrid>
        <w:gridCol w:w="1644"/>
        <w:gridCol w:w="3969"/>
        <w:gridCol w:w="4819"/>
      </w:tblGrid>
      <w:tr w:rsidR="00CD49F6" w14:paraId="57A052FE" w14:textId="77777777">
        <w:trPr>
          <w:trHeight w:val="540" w:hRule="atLeast"/>
          <w:cantSplit w:val="1"/>
          <w:tblHeader w:val="1"/>
        </w:trPr>
        <w:tc>
          <w:tcPr>
            <w:tcW w:w="1644" w:type="dxa"/>
            <w:shd w:val="clear" w:color="auto" w:fill="00559E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Report No.:</w:t>
            </w:r>
          </w:p>
        </w:tc>
        <w:tc>
          <w:tcPr>
            <w:tcW w:w="3969" w:type="dxa"/>
            <w:shd w:fill="00559E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</w:r>
          </w:p>
        </w:tc>
        <w:tc>
          <w:tcPr>
            <w:tcW w:w="4819" w:type="dxa"/>
            <w:vMerge w:val="restart"/>
            <w:shd w:fill="FFFFFF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center"/>
            </w:pPr>
            <w:r>
              <w:rPr>
                <w:rFonts w:ascii="Arial" w:hAnsi="Arial" w:eastAsia="Arial" w:cs="Arial"/>
                <w:b/>
                <w:color w:val="00559E"/>
                <w:sz w:val="18"/>
              </w:rPr>
              <w:t>FACTORY PHOTO</w:t>
            </w:r>
          </w:p>
        </w:tc>
      </w:tr>
      <w:tr w:rsidR="00CD49F6" w14:paraId="0199932D" w14:textId="77777777">
        <w:trPr>
          <w:trHeight w:val="540" w:hRule="atLeast"/>
          <w:cantSplit w:val="1"/>
        </w:trPr>
        <w:tc>
          <w:tcPr>
            <w:tcW w:w="1644" w:type="dxa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Client:</w:t>
            </w:r>
          </w:p>
        </w:tc>
        <w:tc>
          <w:tcPr>
            <w:tcW w:w="3969" w:type="dxa"/>
            <w:shd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4819" w:type="dxa"/>
            <w:vMerge/>
            <w:shd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366F035D" w14:textId="77777777">
        <w:trPr>
          <w:trHeight w:val="540" w:hRule="atLeast"/>
          <w:cantSplit w:val="1"/>
        </w:trPr>
        <w:tc>
          <w:tcPr>
            <w:tcW w:w="1644" w:type="dxa"/>
            <w:shd w:val="clear" w:color="auto"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Supplier:</w:t>
            </w:r>
          </w:p>
        </w:tc>
        <w:tc>
          <w:tcPr>
            <w:tcW w:w="3969" w:type="dxa"/>
            <w:shd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4819" w:type="dxa"/>
            <w:vMerge/>
            <w:shd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30432DA3" w14:textId="77777777">
        <w:trPr>
          <w:trHeight w:val="540" w:hRule="atLeast"/>
          <w:cantSplit w:val="1"/>
        </w:trPr>
        <w:tc>
          <w:tcPr>
            <w:tcW w:w="1644" w:type="dxa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Audited Factory:</w:t>
            </w:r>
          </w:p>
        </w:tc>
        <w:tc>
          <w:tcPr>
            <w:tcW w:w="3969" w:type="dxa"/>
            <w:shd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4819" w:type="dxa"/>
            <w:vMerge/>
            <w:shd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2A250229" w14:textId="77777777">
        <w:trPr>
          <w:trHeight w:val="540" w:hRule="atLeast"/>
          <w:cantSplit w:val="1"/>
        </w:trPr>
        <w:tc>
          <w:tcPr>
            <w:tcW w:w="1644" w:type="dxa"/>
            <w:shd w:val="clear" w:color="auto"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Contact Person:</w:t>
            </w:r>
          </w:p>
        </w:tc>
        <w:tc>
          <w:tcPr>
            <w:tcW w:w="3969" w:type="dxa"/>
            <w:shd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4819" w:type="dxa"/>
            <w:vMerge/>
            <w:shd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1E09912C" w14:textId="77777777">
        <w:trPr>
          <w:trHeight w:val="540" w:hRule="atLeast"/>
          <w:cantSplit w:val="1"/>
        </w:trPr>
        <w:tc>
          <w:tcPr>
            <w:tcW w:w="1644" w:type="dxa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Auditor:</w:t>
            </w:r>
          </w:p>
        </w:tc>
        <w:tc>
          <w:tcPr>
            <w:tcW w:w="3969" w:type="dxa"/>
            <w:shd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4819" w:type="dxa"/>
            <w:vMerge/>
            <w:shd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60679814" w14:textId="77777777">
        <w:trPr>
          <w:trHeight w:val="540" w:hRule="atLeast"/>
          <w:cantSplit w:val="1"/>
        </w:trPr>
        <w:tc>
          <w:tcPr>
            <w:tcW w:w="1644" w:type="dxa"/>
            <w:shd w:val="clear" w:color="auto"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Audit Date:</w:t>
            </w:r>
          </w:p>
        </w:tc>
        <w:tc>
          <w:tcPr>
            <w:tcW w:w="3969" w:type="dxa"/>
            <w:shd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4819" w:type="dxa"/>
            <w:vMerge/>
            <w:shd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62FD75A5" w14:textId="77777777">
        <w:trPr>
          <w:trHeight w:val="540" w:hRule="atLeast"/>
          <w:cantSplit w:val="1"/>
        </w:trPr>
        <w:tc>
          <w:tcPr>
            <w:tcW w:w="1644" w:type="dxa"/>
            <w:shd w:val="clear" w:color="auto" w:fill="FFFFFF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Factory Location:</w:t>
            </w:r>
          </w:p>
        </w:tc>
        <w:tc>
          <w:tcPr>
            <w:tcW w:w="8788" w:type="dxa"/>
            <w:gridSpan w:val="2"/>
            <w:shd w:fill="FFFFFF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</w:tbl>
    <w:p>
      <w:pPr>
        <w:keepNext w:val="0"/>
        <w:keepLines/>
        <w:widowControl/>
        <w:spacing w:before="0" w:after="0" w:line="120" w:lineRule="exact"/>
        <w:ind w:left="0" w:right="0" w:firstLine="0"/>
      </w:pPr>
    </w:p>
    <w:tbl>
      <w:tblPr>
        <w:tblStyle w:val="TableNormal"/>
        <w:jc w:val="left"/>
        <w:tblLayout w:type="fixed"/>
        <w:tblLook w:val="04A0" w:firstRow="1" w:lastRow="0" w:firstColumn="1" w:lastColumn="0" w:noHBand="0" w:noVBand="1"/>
        <w:tblBorders>
          <w:top w:val="single" w:sz="5" w:space="0" w:color="C7D6E0"/>
          <w:left w:val="single" w:sz="5" w:space="0" w:color="C7D6E0"/>
          <w:bottom w:val="single" w:sz="5" w:space="0" w:color="C7D6E0"/>
          <w:right w:val="single" w:sz="5" w:space="0" w:color="C7D6E0"/>
          <w:insideH w:val="single" w:sz="5" w:space="0" w:color="C7D6E0"/>
          <w:insideV w:val="single" w:sz="5" w:space="0" w:color="C7D6E0"/>
        </w:tblBorders>
        <w:tblCellMar>
          <w:top w:w="40" w:type="dxa"/>
          <w:left w:w="90" w:type="dxa"/>
          <w:bottom w:w="40" w:type="dxa"/>
          <w:right w:w="90" w:type="dxa"/>
        </w:tblCellMar>
        <w:tblInd w:w="90" w:type="dxa"/>
        <w:tblW w:w="10432" w:type="dxa"/>
      </w:tblPr>
      <w:tblGrid>
        <w:gridCol w:w="521"/>
        <w:gridCol w:w="4694"/>
        <w:gridCol w:w="1775"/>
        <w:gridCol w:w="1669"/>
        <w:gridCol w:w="1773"/>
      </w:tblGrid>
      <w:tr w:rsidR="00CD49F6" w14:paraId="7760DBF2" w14:textId="77777777">
        <w:trPr>
          <w:trHeight w:val="480" w:hRule="atLeast"/>
          <w:cantSplit w:val="1"/>
          <w:tblHeader w:val="1"/>
        </w:trPr>
        <w:tc>
          <w:tcPr>
            <w:tcW w:w="10432" w:type="dxa"/>
            <w:gridSpan w:val="5"/>
            <w:shd w:val="clear" w:color="auto" w:fill="00559E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GENERAL OVERVIEW</w:t>
            </w:r>
          </w:p>
        </w:tc>
      </w:tr>
      <w:tr w:rsidR="00CD49F6" w14:paraId="3F1E4F26" w14:textId="77777777">
        <w:trPr>
          <w:trHeight w:val="480" w:hRule="atLeast"/>
          <w:cantSplit w:val="1"/>
          <w:tblHeader w:val="1"/>
        </w:trPr>
        <w:tc>
          <w:tcPr>
            <w:tcW w:w="5215" w:type="dxa"/>
            <w:gridSpan w:val="2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Field</w:t>
            </w:r>
          </w:p>
        </w:tc>
        <w:tc>
          <w:tcPr>
            <w:tcW w:w="1775" w:type="dxa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Score / 10</w:t>
            </w:r>
          </w:p>
        </w:tc>
        <w:tc>
          <w:tcPr>
            <w:tcW w:w="1669" w:type="dxa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Weight / 5</w:t>
            </w:r>
          </w:p>
        </w:tc>
        <w:tc>
          <w:tcPr>
            <w:tcW w:w="1773" w:type="dxa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Weighted Score</w:t>
            </w:r>
          </w:p>
        </w:tc>
      </w:tr>
      <w:tr w:rsidR="00CD49F6" w14:paraId="412C2BDB" w14:textId="77777777">
        <w:trPr>
          <w:trHeight w:val="620" w:hRule="atLeast"/>
          <w:cantSplit w:val="1"/>
        </w:trPr>
        <w:tc>
          <w:tcPr>
            <w:tcW w:w="521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1</w:t>
            </w:r>
          </w:p>
        </w:tc>
        <w:tc>
          <w:tcPr>
            <w:tcW w:w="4694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Factory Profile</w:t>
              <w:br/>
              <w:t>Legal Validity • Building Overview</w:t>
            </w:r>
          </w:p>
        </w:tc>
        <w:tc>
          <w:tcPr>
            <w:tcW w:w="1775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1669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1773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018591F3" w14:textId="77777777">
        <w:trPr>
          <w:trHeight w:val="620" w:hRule="atLeast"/>
          <w:cantSplit w:val="1"/>
        </w:trPr>
        <w:tc>
          <w:tcPr>
            <w:tcW w:w="521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2</w:t>
            </w:r>
          </w:p>
        </w:tc>
        <w:tc>
          <w:tcPr>
            <w:tcW w:w="4694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Human Resource</w:t>
              <w:br/>
              <w:t>Organization chart • Main contacts</w:t>
            </w:r>
          </w:p>
        </w:tc>
        <w:tc>
          <w:tcPr>
            <w:tcW w:w="1775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1669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1773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3E812C81" w14:textId="77777777">
        <w:trPr>
          <w:trHeight w:val="620" w:hRule="atLeast"/>
          <w:cantSplit w:val="1"/>
        </w:trPr>
        <w:tc>
          <w:tcPr>
            <w:tcW w:w="521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3</w:t>
            </w:r>
          </w:p>
        </w:tc>
        <w:tc>
          <w:tcPr>
            <w:tcW w:w="4694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Product and Market</w:t>
              <w:br/>
              <w:t>Product • Export and Market</w:t>
            </w:r>
          </w:p>
        </w:tc>
        <w:tc>
          <w:tcPr>
            <w:tcW w:w="1775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1669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1773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249F5355" w14:textId="77777777">
        <w:trPr>
          <w:trHeight w:val="620" w:hRule="atLeast"/>
          <w:cantSplit w:val="1"/>
        </w:trPr>
        <w:tc>
          <w:tcPr>
            <w:tcW w:w="521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4</w:t>
            </w:r>
          </w:p>
        </w:tc>
        <w:tc>
          <w:tcPr>
            <w:tcW w:w="4694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Production Facilities</w:t>
              <w:br/>
              <w:t>Production Workshops • Machinery List</w:t>
            </w:r>
          </w:p>
        </w:tc>
        <w:tc>
          <w:tcPr>
            <w:tcW w:w="1775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1669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1773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11871ED6" w14:textId="77777777">
        <w:trPr>
          <w:trHeight w:val="620" w:hRule="atLeast"/>
          <w:cantSplit w:val="1"/>
        </w:trPr>
        <w:tc>
          <w:tcPr>
            <w:tcW w:w="521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5</w:t>
            </w:r>
          </w:p>
        </w:tc>
        <w:tc>
          <w:tcPr>
            <w:tcW w:w="4694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Client Special Requirement</w:t>
            </w:r>
          </w:p>
        </w:tc>
        <w:tc>
          <w:tcPr>
            <w:tcW w:w="1775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1669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1773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21E53ABE" w14:textId="77777777">
        <w:trPr>
          <w:trHeight w:val="620" w:hRule="atLeast"/>
          <w:cantSplit w:val="1"/>
        </w:trPr>
        <w:tc>
          <w:tcPr>
            <w:tcW w:w="521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6</w:t>
            </w:r>
          </w:p>
        </w:tc>
        <w:tc>
          <w:tcPr>
            <w:tcW w:w="4694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Support Documentation</w:t>
              <w:br/>
              <w:t>Short Videos • Photos • Documents</w:t>
            </w:r>
          </w:p>
        </w:tc>
        <w:tc>
          <w:tcPr>
            <w:tcW w:w="1775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1669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1773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27F6BA04" w14:textId="77777777">
        <w:trPr>
          <w:trHeight w:val="620" w:hRule="atLeast"/>
          <w:cantSplit w:val="1"/>
        </w:trPr>
        <w:tc>
          <w:tcPr>
            <w:tcW w:w="5215" w:type="dxa"/>
            <w:gridSpan w:val="2"/>
            <w:shd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Total:</w:t>
            </w:r>
          </w:p>
        </w:tc>
        <w:tc>
          <w:tcPr>
            <w:tcW w:w="1775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1669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1773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</w:tbl>
    <w:p>
      <w:pPr>
        <w:keepNext/>
        <w:keepLines/>
        <w:pageBreakBefore/>
        <w:widowControl/>
        <w:spacing w:before="200" w:after="140" w:line="259" w:lineRule="auto"/>
        <w:ind w:left="0" w:right="0" w:firstLine="0"/>
      </w:pPr>
      <w:r>
        <w:rPr>
          <w:rFonts w:ascii="Arial" w:hAnsi="Arial" w:eastAsia="Arial" w:cs="Arial"/>
          <w:b/>
          <w:color w:val="00559E"/>
          <w:sz w:val="24"/>
        </w:rPr>
        <w:t>Remarks and conclusion</w:t>
      </w:r>
    </w:p>
    <w:tbl>
      <w:tblPr>
        <w:tblStyle w:val="TableNormal"/>
        <w:tblLayout w:type="fixed"/>
        <w:tblLook w:val="04A0" w:firstRow="1" w:lastRow="0" w:firstColumn="1" w:lastColumn="0" w:noHBand="0" w:noVBand="1"/>
        <w:tblBorders>
          <w:top w:val="single" w:sz="5" w:space="0" w:color="C7D6E0"/>
          <w:left w:val="single" w:sz="5" w:space="0" w:color="C7D6E0"/>
          <w:bottom w:val="single" w:sz="5" w:space="0" w:color="C7D6E0"/>
          <w:right w:val="single" w:sz="5" w:space="0" w:color="C7D6E0"/>
          <w:insideH w:val="single" w:sz="5" w:space="0" w:color="C7D6E0"/>
          <w:insideV w:val="single" w:sz="5" w:space="0" w:color="C7D6E0"/>
        </w:tblBorders>
        <w:tblCellMar>
          <w:top w:w="40" w:type="dxa"/>
          <w:left w:w="90" w:type="dxa"/>
          <w:bottom w:w="40" w:type="dxa"/>
          <w:right w:w="90" w:type="dxa"/>
        </w:tblCellMar>
        <w:jc w:val="left"/>
        <w:tblInd w:w="90" w:type="dxa"/>
        <w:tblW w:w="10432" w:type="dxa"/>
      </w:tblPr>
      <w:tblGrid>
        <w:gridCol w:w="454"/>
        <w:gridCol w:w="9978"/>
      </w:tblGrid>
      <w:tr w:rsidR="00CD49F6" w14:paraId="3329604A" w14:textId="77777777">
        <w:trPr>
          <w:trHeight w:val="455" w:hRule="atLeast"/>
          <w:cantSplit w:val="1"/>
          <w:tblHeader w:val="1"/>
        </w:trPr>
        <w:tc>
          <w:tcPr>
            <w:tcW w:w="10432" w:type="dxa"/>
            <w:gridSpan w:val="2"/>
            <w:shd w:val="clear" w:color="auto" w:fill="00559E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REMARK</w:t>
            </w:r>
          </w:p>
        </w:tc>
      </w:tr>
      <w:tr w:rsidR="00CD49F6" w14:paraId="56DD0621" w14:textId="77777777">
        <w:trPr>
          <w:trHeight w:val="440" w:hRule="atLeast"/>
          <w:cantSplit w:val="1"/>
        </w:trPr>
        <w:tc>
          <w:tcPr>
            <w:tcW w:w="10432" w:type="dxa"/>
            <w:gridSpan w:val="2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Basic Remarks</w:t>
            </w:r>
          </w:p>
        </w:tc>
      </w:tr>
      <w:tr w:rsidR="00CD49F6" w14:paraId="6B7EF3B4" w14:textId="77777777">
        <w:trPr>
          <w:trHeight w:val="540" w:hRule="atLeast"/>
          <w:cantSplit w:val="1"/>
        </w:trPr>
        <w:tc>
          <w:tcPr>
            <w:tcW w:w="454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1.</w:t>
            </w:r>
          </w:p>
        </w:tc>
        <w:tc>
          <w:tcPr>
            <w:tcW w:w="9978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58F7393C" w14:textId="77777777">
        <w:trPr>
          <w:trHeight w:val="540" w:hRule="atLeast"/>
          <w:cantSplit w:val="1"/>
        </w:trPr>
        <w:tc>
          <w:tcPr>
            <w:tcW w:w="454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2.</w:t>
            </w:r>
          </w:p>
        </w:tc>
        <w:tc>
          <w:tcPr>
            <w:tcW w:w="9978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2D5F879F" w14:textId="77777777">
        <w:trPr>
          <w:trHeight w:val="540" w:hRule="atLeast"/>
          <w:cantSplit w:val="1"/>
        </w:trPr>
        <w:tc>
          <w:tcPr>
            <w:tcW w:w="454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3.</w:t>
            </w:r>
          </w:p>
        </w:tc>
        <w:tc>
          <w:tcPr>
            <w:tcW w:w="9978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2D2F097B" w14:textId="77777777">
        <w:trPr>
          <w:trHeight w:val="540" w:hRule="atLeast"/>
          <w:cantSplit w:val="1"/>
        </w:trPr>
        <w:tc>
          <w:tcPr>
            <w:tcW w:w="454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4.</w:t>
            </w:r>
          </w:p>
        </w:tc>
        <w:tc>
          <w:tcPr>
            <w:tcW w:w="9978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0C7D148B" w14:textId="77777777">
        <w:trPr>
          <w:trHeight w:val="540" w:hRule="atLeast"/>
          <w:cantSplit w:val="1"/>
        </w:trPr>
        <w:tc>
          <w:tcPr>
            <w:tcW w:w="454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5.</w:t>
            </w:r>
          </w:p>
        </w:tc>
        <w:tc>
          <w:tcPr>
            <w:tcW w:w="9978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18D511B8" w14:textId="77777777">
        <w:trPr>
          <w:trHeight w:val="540" w:hRule="atLeast"/>
          <w:cantSplit w:val="1"/>
        </w:trPr>
        <w:tc>
          <w:tcPr>
            <w:tcW w:w="454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6.</w:t>
            </w:r>
          </w:p>
        </w:tc>
        <w:tc>
          <w:tcPr>
            <w:tcW w:w="9978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7CF4001F" w14:textId="77777777">
        <w:trPr>
          <w:trHeight w:val="540" w:hRule="atLeast"/>
          <w:cantSplit w:val="1"/>
        </w:trPr>
        <w:tc>
          <w:tcPr>
            <w:tcW w:w="454" w:type="dxa"/>
            <w:vAlign w:val="center"/>
            <w:shd w:fill="F4F8FB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7.</w:t>
            </w:r>
          </w:p>
        </w:tc>
        <w:tc>
          <w:tcPr>
            <w:tcW w:w="9978" w:type="dxa"/>
            <w:vAlign w:val="center"/>
            <w:shd w:fill="F4F8FB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</w:tbl>
    <w:p>
      <w:pPr>
        <w:keepNext w:val="0"/>
        <w:keepLines/>
        <w:widowControl/>
        <w:spacing w:before="0" w:after="0" w:line="120" w:lineRule="exact"/>
        <w:ind w:left="0" w:right="0" w:firstLine="0"/>
      </w:pPr>
    </w:p>
    <w:tbl>
      <w:tblPr>
        <w:jc w:val="left"/>
        <w:tblLayout w:type="fixed"/>
        <w:tblLook w:firstColumn="1" w:firstRow="1" w:lastColumn="0" w:lastRow="0" w:noHBand="0" w:noVBand="1" w:val="04A0"/>
        <w:tblInd w:w="90" w:type="dxa"/>
        <w:tblW w:w="10432" w:type="dxa"/>
        <w:tblCellMar>
          <w:top w:w="40" w:type="dxa"/>
          <w:bottom w:w="40" w:type="dxa"/>
          <w:left w:w="90" w:type="dxa"/>
          <w:right w:w="90" w:type="dxa"/>
        </w:tblCellMar>
        <w:tblBorders>
          <w:top w:val="single" w:sz="5" w:color="C7D6E0"/>
          <w:left w:val="single" w:sz="5" w:color="C7D6E0"/>
          <w:bottom w:val="single" w:sz="5" w:color="C7D6E0"/>
          <w:right w:val="single" w:sz="5" w:color="C7D6E0"/>
          <w:insideH w:val="single" w:sz="5" w:color="C7D6E0"/>
          <w:insideV w:val="single" w:sz="5" w:color="C7D6E0"/>
        </w:tblBorders>
      </w:tblPr>
      <w:tblGrid>
        <w:gridCol w:w="5216"/>
        <w:gridCol w:w="5216"/>
      </w:tblGrid>
      <w:tr>
        <w:trPr>
          <w:cantSplit w:val="1"/>
          <w:tblHeader w:val="1"/>
          <w:trHeight w:val="440" w:hRule="atLeast"/>
        </w:trPr>
        <w:tc>
          <w:tcPr>
            <w:tcW w:type="dxa" w:w="10432"/>
            <w:gridSpan w:val="2"/>
            <w:shd w:fill="00559E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CONCLUSION</w:t>
            </w:r>
          </w:p>
        </w:tc>
      </w:tr>
      <w:tr>
        <w:trPr>
          <w:cantSplit w:val="1"/>
          <w:trHeight w:val="1900" w:hRule="atLeast"/>
        </w:trPr>
        <w:tc>
          <w:tcPr>
            <w:tcW w:type="dxa" w:w="10432"/>
            <w:gridSpan w:val="2"/>
            <w:shd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>
        <w:trPr>
          <w:cantSplit w:val="1"/>
          <w:trHeight w:val="440" w:hRule="atLeast"/>
        </w:trPr>
        <w:tc>
          <w:tcPr>
            <w:tcW w:type="dxa" w:w="5216"/>
            <w:shd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Auditor(s)</w:t>
            </w:r>
          </w:p>
        </w:tc>
        <w:tc>
          <w:tcPr>
            <w:tcW w:type="dxa" w:w="5216"/>
            <w:shd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Report reviewer</w:t>
            </w:r>
          </w:p>
        </w:tc>
      </w:tr>
      <w:tr>
        <w:trPr>
          <w:cantSplit w:val="1"/>
          <w:trHeight w:val="1300" w:hRule="atLeast"/>
        </w:trPr>
        <w:tc>
          <w:tcPr>
            <w:tcW w:type="dxa" w:w="5216"/>
            <w:shd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type="dxa" w:w="5216"/>
            <w:shd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>
        <w:trPr>
          <w:cantSplit w:val="1"/>
          <w:trHeight w:val="440" w:hRule="atLeast"/>
        </w:trPr>
        <w:tc>
          <w:tcPr>
            <w:tcW w:type="dxa" w:w="5216"/>
            <w:shd w:fill="F4F8FB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Signature / date:</w:t>
            </w:r>
          </w:p>
        </w:tc>
        <w:tc>
          <w:tcPr>
            <w:tcW w:type="dxa" w:w="5216"/>
            <w:shd w:fill="F4F8FB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Signature / date:</w:t>
            </w:r>
          </w:p>
        </w:tc>
      </w:tr>
    </w:tbl>
    <w:p>
      <w:pPr>
        <w:keepNext/>
        <w:keepLines/>
        <w:pageBreakBefore/>
        <w:widowControl/>
        <w:spacing w:before="200" w:after="140" w:line="259" w:lineRule="auto"/>
        <w:ind w:left="0" w:right="0" w:firstLine="0"/>
      </w:pPr>
      <w:r>
        <w:rPr>
          <w:rFonts w:ascii="Arial" w:hAnsi="Arial" w:eastAsia="Arial" w:cs="Arial"/>
          <w:b/>
          <w:color w:val="00559E"/>
          <w:sz w:val="24"/>
        </w:rPr>
        <w:t>Section 1 Factory profile</w:t>
      </w:r>
    </w:p>
    <w:tbl>
      <w:tblPr>
        <w:tblStyle w:val="TableNormal"/>
        <w:tblLayout w:type="fixed"/>
        <w:tblLook w:val="04A0" w:firstRow="1" w:lastRow="0" w:firstColumn="1" w:lastColumn="0" w:noHBand="0" w:noVBand="1"/>
        <w:tblBorders>
          <w:top w:val="single" w:sz="5" w:space="0" w:color="C7D6E0"/>
          <w:left w:val="single" w:sz="5" w:space="0" w:color="C7D6E0"/>
          <w:bottom w:val="single" w:sz="5" w:space="0" w:color="C7D6E0"/>
          <w:right w:val="single" w:sz="5" w:space="0" w:color="C7D6E0"/>
          <w:insideH w:val="single" w:sz="5" w:space="0" w:color="C7D6E0"/>
          <w:insideV w:val="single" w:sz="5" w:space="0" w:color="C7D6E0"/>
        </w:tblBorders>
        <w:tblCellMar>
          <w:top w:w="40" w:type="dxa"/>
          <w:left w:w="90" w:type="dxa"/>
          <w:bottom w:w="40" w:type="dxa"/>
          <w:right w:w="90" w:type="dxa"/>
        </w:tblCellMar>
        <w:jc w:val="left"/>
        <w:tblInd w:w="90" w:type="dxa"/>
        <w:tblW w:w="10432" w:type="dxa"/>
      </w:tblPr>
      <w:tblGrid>
        <w:gridCol w:w="3685"/>
        <w:gridCol w:w="6747"/>
      </w:tblGrid>
      <w:tr w:rsidR="00CD49F6" w14:paraId="070AC21B" w14:textId="77777777">
        <w:trPr>
          <w:trHeight w:val="440" w:hRule="atLeast"/>
          <w:cantSplit w:val="1"/>
          <w:tblHeader w:val="1"/>
        </w:trPr>
        <w:tc>
          <w:tcPr>
            <w:tcW w:w="10432" w:type="dxa"/>
            <w:gridSpan w:val="2"/>
            <w:shd w:val="clear" w:color="auto" w:fill="00559E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1.1 Legal Validity</w:t>
            </w:r>
          </w:p>
        </w:tc>
      </w:tr>
      <w:tr w:rsidR="00CD49F6" w14:paraId="67225E3F" w14:textId="77777777">
        <w:trPr>
          <w:trHeight w:val="440" w:hRule="atLeast"/>
          <w:cantSplit w:val="1"/>
        </w:trPr>
        <w:tc>
          <w:tcPr>
            <w:tcW w:w="3685" w:type="dxa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Supplier Name:</w:t>
            </w:r>
          </w:p>
        </w:tc>
        <w:tc>
          <w:tcPr>
            <w:tcW w:w="6747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77E18E31" w14:textId="77777777">
        <w:trPr>
          <w:trHeight w:val="440" w:hRule="atLeast"/>
          <w:cantSplit w:val="1"/>
        </w:trPr>
        <w:tc>
          <w:tcPr>
            <w:tcW w:w="3685" w:type="dxa"/>
            <w:shd w:val="clear" w:color="auto"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Audited factory’s name:</w:t>
            </w:r>
          </w:p>
        </w:tc>
        <w:tc>
          <w:tcPr>
            <w:tcW w:w="6747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546AADCE" w14:textId="77777777">
        <w:trPr>
          <w:trHeight w:val="440" w:hRule="atLeast"/>
          <w:cantSplit w:val="1"/>
        </w:trPr>
        <w:tc>
          <w:tcPr>
            <w:tcW w:w="3685" w:type="dxa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Relationship of Supplier &amp; Audited factory:</w:t>
            </w:r>
          </w:p>
        </w:tc>
        <w:tc>
          <w:tcPr>
            <w:tcW w:w="6747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☐ Wholly Owned ☐ Shareholder ☐ Subcontractor ☐ Other</w:t>
            </w:r>
          </w:p>
        </w:tc>
      </w:tr>
      <w:tr w:rsidR="00CD49F6" w14:paraId="076A9416" w14:textId="77777777">
        <w:trPr>
          <w:trHeight w:val="440" w:hRule="atLeast"/>
          <w:cantSplit w:val="1"/>
        </w:trPr>
        <w:tc>
          <w:tcPr>
            <w:tcW w:w="3685" w:type="dxa"/>
            <w:shd w:val="clear" w:color="auto"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Registration Number of Business license:</w:t>
            </w:r>
          </w:p>
        </w:tc>
        <w:tc>
          <w:tcPr>
            <w:tcW w:w="6747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289C23EC" w14:textId="77777777">
        <w:trPr>
          <w:trHeight w:val="440" w:hRule="atLeast"/>
          <w:cantSplit w:val="1"/>
        </w:trPr>
        <w:tc>
          <w:tcPr>
            <w:tcW w:w="3685" w:type="dxa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Registered name of factory in local language:</w:t>
            </w:r>
          </w:p>
        </w:tc>
        <w:tc>
          <w:tcPr>
            <w:tcW w:w="6747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1604E560" w14:textId="77777777">
        <w:trPr>
          <w:trHeight w:val="440" w:hRule="atLeast"/>
          <w:cantSplit w:val="1"/>
        </w:trPr>
        <w:tc>
          <w:tcPr>
            <w:tcW w:w="3685" w:type="dxa"/>
            <w:shd w:val="clear" w:color="auto"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Year of established:</w:t>
            </w:r>
          </w:p>
        </w:tc>
        <w:tc>
          <w:tcPr>
            <w:tcW w:w="6747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399687F8" w14:textId="77777777">
        <w:trPr>
          <w:trHeight w:val="440" w:hRule="atLeast"/>
          <w:cantSplit w:val="1"/>
        </w:trPr>
        <w:tc>
          <w:tcPr>
            <w:tcW w:w="3685" w:type="dxa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Valid Date:</w:t>
            </w:r>
          </w:p>
        </w:tc>
        <w:tc>
          <w:tcPr>
            <w:tcW w:w="6747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37A19D97" w14:textId="77777777">
        <w:trPr>
          <w:trHeight w:val="440" w:hRule="atLeast"/>
          <w:cantSplit w:val="1"/>
        </w:trPr>
        <w:tc>
          <w:tcPr>
            <w:tcW w:w="3685" w:type="dxa"/>
            <w:shd w:val="clear" w:color="auto"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Registered address:</w:t>
            </w:r>
          </w:p>
        </w:tc>
        <w:tc>
          <w:tcPr>
            <w:tcW w:w="6747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4E0A1ECA" w14:textId="77777777">
        <w:trPr>
          <w:trHeight w:val="440" w:hRule="atLeast"/>
          <w:cantSplit w:val="1"/>
        </w:trPr>
        <w:tc>
          <w:tcPr>
            <w:tcW w:w="3685" w:type="dxa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Actual add. conforms to registered add.?</w:t>
            </w:r>
          </w:p>
        </w:tc>
        <w:tc>
          <w:tcPr>
            <w:tcW w:w="6747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☐ Yes ☐ No, actual add. is</w:t>
            </w:r>
          </w:p>
        </w:tc>
      </w:tr>
      <w:tr w:rsidR="00CD49F6" w14:paraId="4C066470" w14:textId="77777777">
        <w:trPr>
          <w:trHeight w:val="440" w:hRule="atLeast"/>
          <w:cantSplit w:val="1"/>
        </w:trPr>
        <w:tc>
          <w:tcPr>
            <w:tcW w:w="3685" w:type="dxa"/>
            <w:shd w:val="clear" w:color="auto"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Annual review by local authority (Industrial &amp; Commercial Bureau)?</w:t>
            </w:r>
          </w:p>
        </w:tc>
        <w:tc>
          <w:tcPr>
            <w:tcW w:w="6747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☐ Passed ☐ Expired ☐ Abnormal ☐ Other</w:t>
            </w:r>
          </w:p>
        </w:tc>
      </w:tr>
      <w:tr w:rsidR="00CD49F6" w14:paraId="41C8557C" w14:textId="77777777">
        <w:trPr>
          <w:trHeight w:val="440" w:hRule="atLeast"/>
          <w:cantSplit w:val="1"/>
        </w:trPr>
        <w:tc>
          <w:tcPr>
            <w:tcW w:w="3685" w:type="dxa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Last reviewed in year:</w:t>
            </w:r>
          </w:p>
        </w:tc>
        <w:tc>
          <w:tcPr>
            <w:tcW w:w="6747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21B6FB54" w14:textId="77777777">
        <w:trPr>
          <w:trHeight w:val="440" w:hRule="atLeast"/>
          <w:cantSplit w:val="1"/>
        </w:trPr>
        <w:tc>
          <w:tcPr>
            <w:tcW w:w="3685" w:type="dxa"/>
            <w:shd w:val="clear" w:color="auto"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Registered capital:</w:t>
            </w:r>
          </w:p>
        </w:tc>
        <w:tc>
          <w:tcPr>
            <w:tcW w:w="6747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0D238C5F" w14:textId="77777777">
        <w:trPr>
          <w:trHeight w:val="440" w:hRule="atLeast"/>
          <w:cantSplit w:val="1"/>
        </w:trPr>
        <w:tc>
          <w:tcPr>
            <w:tcW w:w="3685" w:type="dxa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Name of legal representative:</w:t>
            </w:r>
          </w:p>
        </w:tc>
        <w:tc>
          <w:tcPr>
            <w:tcW w:w="6747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024CA4B7" w14:textId="77777777">
        <w:trPr>
          <w:trHeight w:val="440" w:hRule="atLeast"/>
          <w:cantSplit w:val="1"/>
        </w:trPr>
        <w:tc>
          <w:tcPr>
            <w:tcW w:w="3685" w:type="dxa"/>
            <w:shd w:val="clear" w:color="auto"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Client’s interested product included in factory’s business scope?</w:t>
            </w:r>
          </w:p>
        </w:tc>
        <w:tc>
          <w:tcPr>
            <w:tcW w:w="6747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☐ Yes ☐ No</w:t>
            </w:r>
          </w:p>
        </w:tc>
      </w:tr>
      <w:tr w:rsidR="00CD49F6" w14:paraId="11B40F08" w14:textId="77777777">
        <w:trPr>
          <w:trHeight w:val="440" w:hRule="atLeast"/>
          <w:cantSplit w:val="1"/>
        </w:trPr>
        <w:tc>
          <w:tcPr>
            <w:tcW w:w="3685" w:type="dxa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Company type:</w:t>
            </w:r>
          </w:p>
        </w:tc>
        <w:tc>
          <w:tcPr>
            <w:tcW w:w="6747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☐ Manufactory ☐ Trading Company ☐ Combined</w:t>
            </w:r>
          </w:p>
        </w:tc>
      </w:tr>
      <w:tr w:rsidR="00CD49F6" w14:paraId="527F8F6B" w14:textId="77777777">
        <w:trPr>
          <w:trHeight w:val="440" w:hRule="atLeast"/>
          <w:cantSplit w:val="1"/>
        </w:trPr>
        <w:tc>
          <w:tcPr>
            <w:tcW w:w="3685" w:type="dxa"/>
            <w:shd w:val="clear" w:color="auto"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Type of ownership:</w:t>
            </w:r>
          </w:p>
        </w:tc>
        <w:tc>
          <w:tcPr>
            <w:tcW w:w="6747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☐ Private Owner ☐ Public Company ☐ Joint Venture ☐ State-owned ☐ Foreign Capital</w:t>
            </w:r>
          </w:p>
        </w:tc>
      </w:tr>
      <w:tr w:rsidR="00CD49F6" w14:paraId="45FBD2B6" w14:textId="77777777">
        <w:trPr>
          <w:trHeight w:val="440" w:hRule="atLeast"/>
          <w:cantSplit w:val="1"/>
        </w:trPr>
        <w:tc>
          <w:tcPr>
            <w:tcW w:w="3685" w:type="dxa"/>
            <w:shd w:val="clear" w:color="auto" w:fill="FFFFFF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Abnormal operation record at the government’s website?</w:t>
            </w:r>
          </w:p>
        </w:tc>
        <w:tc>
          <w:tcPr>
            <w:tcW w:w="6747" w:type="dxa"/>
            <w:vAlign w:val="center"/>
            <w:shd w:fill="FFFFFF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☐ Yes ☐ No</w:t>
            </w:r>
          </w:p>
        </w:tc>
      </w:tr>
    </w:tbl>
    <w:p>
      <w:pPr>
        <w:keepNext w:val="0"/>
        <w:keepLines/>
        <w:widowControl/>
        <w:spacing w:before="0" w:after="0" w:line="120" w:lineRule="exact"/>
        <w:ind w:left="0" w:right="0" w:firstLine="0"/>
      </w:pPr>
    </w:p>
    <w:tbl>
      <w:tblPr>
        <w:tblStyle w:val="TableNormal"/>
        <w:tblLayout w:type="fixed"/>
        <w:tblLook w:val="04A0" w:firstRow="1" w:lastRow="0" w:firstColumn="1" w:lastColumn="0" w:noHBand="0" w:noVBand="1"/>
        <w:tblBorders>
          <w:top w:val="single" w:sz="5" w:space="0" w:color="C7D6E0"/>
          <w:left w:val="single" w:sz="5" w:space="0" w:color="C7D6E0"/>
          <w:bottom w:val="single" w:sz="5" w:space="0" w:color="C7D6E0"/>
          <w:right w:val="single" w:sz="5" w:space="0" w:color="C7D6E0"/>
          <w:insideH w:val="single" w:sz="5" w:space="0" w:color="C7D6E0"/>
          <w:insideV w:val="single" w:sz="5" w:space="0" w:color="C7D6E0"/>
        </w:tblBorders>
        <w:tblCellMar>
          <w:top w:w="40" w:type="dxa"/>
          <w:left w:w="90" w:type="dxa"/>
          <w:bottom w:w="40" w:type="dxa"/>
          <w:right w:w="90" w:type="dxa"/>
        </w:tblCellMar>
        <w:jc w:val="left"/>
        <w:tblInd w:w="90" w:type="dxa"/>
        <w:tblW w:w="10432" w:type="dxa"/>
      </w:tblPr>
      <w:tblGrid>
        <w:gridCol w:w="2835"/>
        <w:gridCol w:w="2381"/>
        <w:gridCol w:w="2835"/>
        <w:gridCol w:w="2381"/>
      </w:tblGrid>
      <w:tr w:rsidR="00CD49F6" w14:paraId="09000A4D" w14:textId="77777777">
        <w:trPr>
          <w:trHeight w:val="440" w:hRule="atLeast"/>
          <w:cantSplit w:val="1"/>
          <w:tblHeader w:val="1"/>
        </w:trPr>
        <w:tc>
          <w:tcPr>
            <w:tcW w:w="10432" w:type="dxa"/>
            <w:gridSpan w:val="4"/>
            <w:shd w:val="clear" w:color="auto" w:fill="00559E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1.2 Basic Overview</w:t>
            </w:r>
          </w:p>
        </w:tc>
      </w:tr>
      <w:tr w:rsidR="00CD49F6" w14:paraId="437BBD0D" w14:textId="77777777">
        <w:trPr>
          <w:trHeight w:val="440" w:hRule="atLeast"/>
          <w:cantSplit w:val="1"/>
        </w:trPr>
        <w:tc>
          <w:tcPr>
            <w:tcW w:w="2835" w:type="dxa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According to:</w:t>
            </w:r>
          </w:p>
        </w:tc>
        <w:tc>
          <w:tcPr>
            <w:tcW w:w="7597" w:type="dxa"/>
            <w:gridSpan w:val="3"/>
            <w:shd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☐ Land Certificate ☐ Real Estate Certificate ☐ Lease Agreement ☐ Factory Officer Claimed + Actually Observed</w:t>
            </w:r>
          </w:p>
        </w:tc>
      </w:tr>
      <w:tr w:rsidR="00CD49F6" w14:paraId="002CC015" w14:textId="77777777">
        <w:trPr>
          <w:trHeight w:val="440" w:hRule="atLeast"/>
          <w:cantSplit w:val="1"/>
        </w:trPr>
        <w:tc>
          <w:tcPr>
            <w:tcW w:w="2835" w:type="dxa"/>
            <w:shd w:val="clear" w:color="auto"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Total building size (m²):</w:t>
            </w:r>
          </w:p>
        </w:tc>
        <w:tc>
          <w:tcPr>
            <w:tcW w:w="7597" w:type="dxa"/>
            <w:gridSpan w:val="3"/>
            <w:shd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090C592D" w14:textId="77777777">
        <w:trPr>
          <w:trHeight w:val="440" w:hRule="atLeast"/>
          <w:cantSplit w:val="1"/>
        </w:trPr>
        <w:tc>
          <w:tcPr>
            <w:tcW w:w="2835" w:type="dxa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Number of buildings:</w:t>
            </w:r>
          </w:p>
        </w:tc>
        <w:tc>
          <w:tcPr>
            <w:tcW w:w="2381" w:type="dxa"/>
            <w:shd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2835" w:type="dxa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Office area (m²):</w:t>
            </w:r>
          </w:p>
        </w:tc>
        <w:tc>
          <w:tcPr>
            <w:tcW w:w="2381" w:type="dxa"/>
            <w:shd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43F57DBC" w14:textId="77777777">
        <w:trPr>
          <w:trHeight w:val="440" w:hRule="atLeast"/>
          <w:cantSplit w:val="1"/>
        </w:trPr>
        <w:tc>
          <w:tcPr>
            <w:tcW w:w="2835" w:type="dxa"/>
            <w:shd w:val="clear" w:color="auto" w:fill="F4F8FB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Production area (m²):</w:t>
            </w:r>
          </w:p>
        </w:tc>
        <w:tc>
          <w:tcPr>
            <w:tcW w:w="2381" w:type="dxa"/>
            <w:shd w:fill="F4F8FB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2835" w:type="dxa"/>
            <w:shd w:val="clear" w:color="auto" w:fill="F4F8FB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Warehouse area (m²):</w:t>
            </w:r>
          </w:p>
        </w:tc>
        <w:tc>
          <w:tcPr>
            <w:tcW w:w="2381" w:type="dxa"/>
            <w:shd w:fill="F4F8FB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</w:tbl>
    <w:p>
      <w:pPr>
        <w:keepNext w:val="0"/>
        <w:keepLines/>
        <w:widowControl/>
        <w:spacing w:before="0" w:after="0" w:line="120" w:lineRule="exact"/>
        <w:ind w:left="0" w:right="0" w:firstLine="0"/>
      </w:pPr>
    </w:p>
    <w:tbl>
      <w:tblPr>
        <w:tblLayout w:type="fixed"/>
        <w:tblLook w:firstColumn="1" w:firstRow="1" w:lastColumn="0" w:lastRow="0" w:noHBand="0" w:noVBand="1" w:val="04A0"/>
        <w:jc w:val="left"/>
        <w:tblCellMar>
          <w:top w:w="40" w:type="dxa"/>
          <w:bottom w:w="40" w:type="dxa"/>
          <w:left w:w="90" w:type="dxa"/>
          <w:right w:w="90" w:type="dxa"/>
        </w:tblCellMar>
        <w:tblBorders>
          <w:top w:val="single" w:sz="5" w:color="C7D6E0"/>
          <w:left w:val="single" w:sz="5" w:color="C7D6E0"/>
          <w:bottom w:val="single" w:sz="5" w:color="C7D6E0"/>
          <w:right w:val="single" w:sz="5" w:color="C7D6E0"/>
          <w:insideH w:val="single" w:sz="5" w:color="C7D6E0"/>
          <w:insideV w:val="single" w:sz="5" w:color="C7D6E0"/>
        </w:tblBorders>
        <w:tblInd w:w="90" w:type="dxa"/>
        <w:tblW w:w="10432" w:type="dxa"/>
      </w:tblPr>
      <w:tblGrid>
        <w:gridCol w:w="2551"/>
        <w:gridCol w:w="7881"/>
      </w:tblGrid>
      <w:tr>
        <w:trPr>
          <w:cantSplit w:val="1"/>
          <w:tblHeader w:val="1"/>
          <w:trHeight w:val="500" w:hRule="atLeast"/>
        </w:trPr>
        <w:tc>
          <w:tcPr>
            <w:tcW w:type="dxa" w:w="2551"/>
            <w:shd w:fill="00559E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Section score</w:t>
            </w:r>
          </w:p>
        </w:tc>
        <w:tc>
          <w:tcPr>
            <w:tcW w:type="dxa" w:w="7881"/>
            <w:shd w:fill="FFFFFF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</w:r>
          </w:p>
        </w:tc>
      </w:tr>
    </w:tbl>
    <w:p>
      <w:pPr>
        <w:keepNext/>
        <w:keepLines/>
        <w:pageBreakBefore/>
        <w:widowControl/>
        <w:spacing w:before="200" w:after="140" w:line="259" w:lineRule="auto"/>
        <w:ind w:left="0" w:right="0" w:firstLine="0"/>
      </w:pPr>
      <w:r>
        <w:rPr>
          <w:rFonts w:ascii="Arial" w:hAnsi="Arial" w:eastAsia="Arial" w:cs="Arial"/>
          <w:b/>
          <w:color w:val="00559E"/>
          <w:sz w:val="24"/>
        </w:rPr>
        <w:t>Section 2 Human resources</w:t>
      </w:r>
    </w:p>
    <w:tbl>
      <w:tblPr>
        <w:jc w:val="left"/>
        <w:tblLayout w:type="fixed"/>
        <w:tblLook w:firstColumn="1" w:firstRow="1" w:lastColumn="0" w:lastRow="0" w:noHBand="0" w:noVBand="1" w:val="04A0"/>
        <w:tblInd w:w="90" w:type="dxa"/>
        <w:tblW w:w="10432" w:type="dxa"/>
        <w:tblCellMar>
          <w:top w:w="40" w:type="dxa"/>
          <w:bottom w:w="40" w:type="dxa"/>
          <w:left w:w="90" w:type="dxa"/>
          <w:right w:w="90" w:type="dxa"/>
        </w:tblCellMar>
        <w:tblBorders>
          <w:top w:val="single" w:sz="5" w:color="C7D6E0"/>
          <w:left w:val="single" w:sz="5" w:color="C7D6E0"/>
          <w:bottom w:val="single" w:sz="5" w:color="C7D6E0"/>
          <w:right w:val="single" w:sz="5" w:color="C7D6E0"/>
          <w:insideH w:val="single" w:sz="5" w:color="C7D6E0"/>
          <w:insideV w:val="single" w:sz="5" w:color="C7D6E0"/>
        </w:tblBorders>
      </w:tblPr>
      <w:tblGrid>
        <w:gridCol w:w="10432"/>
      </w:tblGrid>
      <w:tr>
        <w:trPr>
          <w:cantSplit w:val="1"/>
          <w:tblHeader w:val="1"/>
          <w:trHeight w:val="440" w:hRule="atLeast"/>
        </w:trPr>
        <w:tc>
          <w:tcPr>
            <w:tcW w:type="dxa" w:w="10432"/>
            <w:shd w:fill="00559E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2.1 Organization chart</w:t>
            </w:r>
          </w:p>
        </w:tc>
      </w:tr>
      <w:tr>
        <w:trPr>
          <w:cantSplit w:val="1"/>
          <w:trHeight w:val="1800" w:hRule="atLeast"/>
        </w:trPr>
        <w:tc>
          <w:tcPr>
            <w:tcW w:type="dxa" w:w="10432"/>
            <w:shd w:fill="FFFFFF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</w:tbl>
    <w:p>
      <w:pPr>
        <w:keepNext w:val="0"/>
        <w:keepLines/>
        <w:widowControl/>
        <w:spacing w:before="0" w:after="0" w:line="120" w:lineRule="exact"/>
        <w:ind w:left="0" w:right="0" w:firstLine="0"/>
      </w:pPr>
    </w:p>
    <w:tbl>
      <w:tblPr>
        <w:tblStyle w:val="TableNormal"/>
        <w:tblLayout w:type="fixed"/>
        <w:tblLook w:val="04A0" w:firstRow="1" w:lastRow="0" w:firstColumn="1" w:lastColumn="0" w:noHBand="0" w:noVBand="1"/>
        <w:tblBorders>
          <w:top w:val="single" w:sz="5" w:space="0" w:color="C7D6E0"/>
          <w:left w:val="single" w:sz="5" w:space="0" w:color="C7D6E0"/>
          <w:bottom w:val="single" w:sz="5" w:space="0" w:color="C7D6E0"/>
          <w:right w:val="single" w:sz="5" w:space="0" w:color="C7D6E0"/>
          <w:insideH w:val="single" w:sz="5" w:space="0" w:color="C7D6E0"/>
          <w:insideV w:val="single" w:sz="5" w:space="0" w:color="C7D6E0"/>
        </w:tblBorders>
        <w:tblCellMar>
          <w:top w:w="40" w:type="dxa"/>
          <w:left w:w="90" w:type="dxa"/>
          <w:bottom w:w="40" w:type="dxa"/>
          <w:right w:w="90" w:type="dxa"/>
        </w:tblCellMar>
        <w:jc w:val="left"/>
        <w:tblInd w:w="90" w:type="dxa"/>
        <w:tblW w:w="10432" w:type="dxa"/>
      </w:tblPr>
      <w:tblGrid>
        <w:gridCol w:w="4762"/>
        <w:gridCol w:w="2835"/>
        <w:gridCol w:w="2835"/>
      </w:tblGrid>
      <w:tr w:rsidR="00CD49F6" w14:paraId="13FD6051" w14:textId="77777777">
        <w:trPr>
          <w:trHeight w:val="400" w:hRule="atLeast"/>
          <w:cantSplit w:val="1"/>
          <w:tblHeader w:val="1"/>
        </w:trPr>
        <w:tc>
          <w:tcPr>
            <w:tcW w:w="10432" w:type="dxa"/>
            <w:gridSpan w:val="3"/>
            <w:shd w:val="clear" w:color="auto" w:fill="00559E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2.2 Employee Details</w:t>
            </w:r>
          </w:p>
        </w:tc>
      </w:tr>
      <w:tr w:rsidR="00CD49F6" w14:paraId="50FA3234" w14:textId="77777777">
        <w:trPr>
          <w:trHeight w:val="400" w:hRule="atLeast"/>
          <w:cantSplit w:val="1"/>
          <w:tblHeader w:val="1"/>
        </w:trPr>
        <w:tc>
          <w:tcPr>
            <w:tcW w:w="4762" w:type="dxa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Department</w:t>
            </w:r>
          </w:p>
        </w:tc>
        <w:tc>
          <w:tcPr>
            <w:tcW w:w="2835" w:type="dxa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Full-time employees</w:t>
            </w:r>
          </w:p>
        </w:tc>
        <w:tc>
          <w:tcPr>
            <w:tcW w:w="2835" w:type="dxa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Part-time employees</w:t>
            </w:r>
          </w:p>
        </w:tc>
      </w:tr>
      <w:tr w:rsidR="00CD49F6" w14:paraId="48BA586C" w14:textId="77777777">
        <w:trPr>
          <w:trHeight w:val="400" w:hRule="atLeast"/>
          <w:cantSplit w:val="1"/>
        </w:trPr>
        <w:tc>
          <w:tcPr>
            <w:tcW w:w="4762" w:type="dxa"/>
            <w:shd w:val="clear" w:color="auto"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GM</w:t>
            </w:r>
          </w:p>
        </w:tc>
        <w:tc>
          <w:tcPr>
            <w:tcW w:w="2835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2835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75B55B70" w14:textId="77777777">
        <w:trPr>
          <w:trHeight w:val="400" w:hRule="atLeast"/>
          <w:cantSplit w:val="1"/>
        </w:trPr>
        <w:tc>
          <w:tcPr>
            <w:tcW w:w="4762" w:type="dxa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Admin. Dept.</w:t>
            </w:r>
          </w:p>
        </w:tc>
        <w:tc>
          <w:tcPr>
            <w:tcW w:w="2835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2835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7A58002F" w14:textId="77777777">
        <w:trPr>
          <w:trHeight w:val="400" w:hRule="atLeast"/>
          <w:cantSplit w:val="1"/>
        </w:trPr>
        <w:tc>
          <w:tcPr>
            <w:tcW w:w="4762" w:type="dxa"/>
            <w:shd w:val="clear" w:color="auto"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Sales Dept.</w:t>
            </w:r>
          </w:p>
        </w:tc>
        <w:tc>
          <w:tcPr>
            <w:tcW w:w="2835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2835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1545CE30" w14:textId="77777777">
        <w:trPr>
          <w:trHeight w:val="400" w:hRule="atLeast"/>
          <w:cantSplit w:val="1"/>
        </w:trPr>
        <w:tc>
          <w:tcPr>
            <w:tcW w:w="4762" w:type="dxa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Financial Dept.</w:t>
            </w:r>
          </w:p>
        </w:tc>
        <w:tc>
          <w:tcPr>
            <w:tcW w:w="2835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2835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1B9CD020" w14:textId="77777777">
        <w:trPr>
          <w:trHeight w:val="400" w:hRule="atLeast"/>
          <w:cantSplit w:val="1"/>
        </w:trPr>
        <w:tc>
          <w:tcPr>
            <w:tcW w:w="4762" w:type="dxa"/>
            <w:shd w:val="clear" w:color="auto"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Production Dept.</w:t>
            </w:r>
          </w:p>
        </w:tc>
        <w:tc>
          <w:tcPr>
            <w:tcW w:w="2835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2835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71799A71" w14:textId="77777777">
        <w:trPr>
          <w:trHeight w:val="400" w:hRule="atLeast"/>
          <w:cantSplit w:val="1"/>
        </w:trPr>
        <w:tc>
          <w:tcPr>
            <w:tcW w:w="4762" w:type="dxa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Engineering and R &amp; D Dept.</w:t>
            </w:r>
          </w:p>
        </w:tc>
        <w:tc>
          <w:tcPr>
            <w:tcW w:w="2835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2835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0B6EE3B8" w14:textId="77777777">
        <w:trPr>
          <w:trHeight w:val="400" w:hRule="atLeast"/>
          <w:cantSplit w:val="1"/>
        </w:trPr>
        <w:tc>
          <w:tcPr>
            <w:tcW w:w="4762" w:type="dxa"/>
            <w:shd w:val="clear" w:color="auto"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Quality Dept.</w:t>
            </w:r>
          </w:p>
        </w:tc>
        <w:tc>
          <w:tcPr>
            <w:tcW w:w="2835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2835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734D1DD0" w14:textId="77777777">
        <w:trPr>
          <w:trHeight w:val="400" w:hRule="atLeast"/>
          <w:cantSplit w:val="1"/>
        </w:trPr>
        <w:tc>
          <w:tcPr>
            <w:tcW w:w="4762" w:type="dxa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Warehousing Dept.</w:t>
            </w:r>
          </w:p>
        </w:tc>
        <w:tc>
          <w:tcPr>
            <w:tcW w:w="2835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2835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0BEFE616" w14:textId="77777777">
        <w:trPr>
          <w:trHeight w:val="400" w:hRule="atLeast"/>
          <w:cantSplit w:val="1"/>
        </w:trPr>
        <w:tc>
          <w:tcPr>
            <w:tcW w:w="4762" w:type="dxa"/>
            <w:shd w:val="clear" w:color="auto"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Purchasing Dept.</w:t>
            </w:r>
          </w:p>
        </w:tc>
        <w:tc>
          <w:tcPr>
            <w:tcW w:w="2835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2835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0AC71E8B" w14:textId="77777777">
        <w:trPr>
          <w:trHeight w:val="400" w:hRule="atLeast"/>
          <w:cantSplit w:val="1"/>
        </w:trPr>
        <w:tc>
          <w:tcPr>
            <w:tcW w:w="4762" w:type="dxa"/>
            <w:shd w:val="clear" w:color="auto" w:fill="FFFFFF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In Total</w:t>
            </w:r>
          </w:p>
        </w:tc>
        <w:tc>
          <w:tcPr>
            <w:tcW w:w="2835" w:type="dxa"/>
            <w:vAlign w:val="center"/>
            <w:shd w:fill="FFFFFF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2835" w:type="dxa"/>
            <w:vAlign w:val="center"/>
            <w:shd w:fill="FFFFFF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</w:tbl>
    <w:p>
      <w:pPr>
        <w:keepNext w:val="0"/>
        <w:keepLines/>
        <w:widowControl/>
        <w:spacing w:before="0" w:after="0" w:line="120" w:lineRule="exact"/>
        <w:ind w:left="0" w:right="0" w:firstLine="0"/>
      </w:pPr>
    </w:p>
    <w:tbl>
      <w:tblPr>
        <w:tblLayout w:type="fixed"/>
        <w:tblLook w:firstColumn="1" w:firstRow="1" w:lastColumn="0" w:lastRow="0" w:noHBand="0" w:noVBand="1" w:val="04A0"/>
        <w:jc w:val="left"/>
        <w:tblCellMar>
          <w:top w:w="40" w:type="dxa"/>
          <w:bottom w:w="40" w:type="dxa"/>
          <w:left w:w="90" w:type="dxa"/>
          <w:right w:w="90" w:type="dxa"/>
        </w:tblCellMar>
        <w:tblBorders>
          <w:top w:val="single" w:sz="5" w:color="C7D6E0"/>
          <w:left w:val="single" w:sz="5" w:color="C7D6E0"/>
          <w:bottom w:val="single" w:sz="5" w:color="C7D6E0"/>
          <w:right w:val="single" w:sz="5" w:color="C7D6E0"/>
          <w:insideH w:val="single" w:sz="5" w:color="C7D6E0"/>
          <w:insideV w:val="single" w:sz="5" w:color="C7D6E0"/>
        </w:tblBorders>
        <w:tblInd w:w="90" w:type="dxa"/>
        <w:tblW w:w="10432" w:type="dxa"/>
      </w:tblPr>
      <w:tblGrid>
        <w:gridCol w:w="2608"/>
        <w:gridCol w:w="3118"/>
        <w:gridCol w:w="4706"/>
      </w:tblGrid>
      <w:tr>
        <w:trPr>
          <w:cantSplit w:val="1"/>
          <w:tblHeader w:val="1"/>
          <w:trHeight w:val="400" w:hRule="atLeast"/>
        </w:trPr>
        <w:tc>
          <w:tcPr>
            <w:tcW w:type="dxa" w:w="2608"/>
            <w:shd w:fill="00559E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2.3 Main contacts</w:t>
            </w:r>
          </w:p>
        </w:tc>
        <w:tc>
          <w:tcPr>
            <w:tcW w:type="dxa" w:w="3118"/>
            <w:shd w:fill="00559E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4706"/>
            <w:shd w:fill="00559E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Contact details</w:t>
            </w:r>
          </w:p>
        </w:tc>
      </w:tr>
      <w:tr>
        <w:trPr>
          <w:cantSplit w:val="1"/>
          <w:trHeight w:val="400" w:hRule="atLeast"/>
        </w:trPr>
        <w:tc>
          <w:tcPr>
            <w:tcW w:type="dxa" w:w="2608"/>
            <w:vMerge w:val="restart"/>
            <w:shd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Sales manager</w:t>
            </w:r>
          </w:p>
        </w:tc>
        <w:tc>
          <w:tcPr>
            <w:tcW w:type="dxa" w:w="3118"/>
            <w:shd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type="dxa" w:w="4706"/>
            <w:shd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>
        <w:trPr>
          <w:cantSplit w:val="1"/>
          <w:trHeight w:val="400" w:hRule="atLeast"/>
        </w:trPr>
        <w:tc>
          <w:tcPr>
            <w:tcW w:type="dxa" w:w="2608"/>
            <w:vMerge/>
            <w:shd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type="dxa" w:w="3118"/>
            <w:shd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type="dxa" w:w="4706"/>
            <w:shd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>
        <w:trPr>
          <w:cantSplit w:val="1"/>
          <w:trHeight w:val="400" w:hRule="atLeast"/>
        </w:trPr>
        <w:tc>
          <w:tcPr>
            <w:tcW w:type="dxa" w:w="2608"/>
            <w:vMerge/>
            <w:shd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type="dxa" w:w="3118"/>
            <w:shd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type="dxa" w:w="4706"/>
            <w:shd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>
        <w:trPr>
          <w:cantSplit w:val="1"/>
          <w:trHeight w:val="400" w:hRule="atLeast"/>
        </w:trPr>
        <w:tc>
          <w:tcPr>
            <w:tcW w:type="dxa" w:w="2608"/>
            <w:vMerge w:val="restart"/>
            <w:shd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Sales representative</w:t>
            </w:r>
          </w:p>
        </w:tc>
        <w:tc>
          <w:tcPr>
            <w:tcW w:type="dxa" w:w="3118"/>
            <w:shd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type="dxa" w:w="4706"/>
            <w:shd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>
        <w:trPr>
          <w:cantSplit w:val="1"/>
          <w:trHeight w:val="400" w:hRule="atLeast"/>
        </w:trPr>
        <w:tc>
          <w:tcPr>
            <w:tcW w:type="dxa" w:w="2608"/>
            <w:vMerge/>
            <w:shd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type="dxa" w:w="3118"/>
            <w:shd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type="dxa" w:w="4706"/>
            <w:shd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>
        <w:trPr>
          <w:cantSplit w:val="1"/>
          <w:trHeight w:val="400" w:hRule="atLeast"/>
        </w:trPr>
        <w:tc>
          <w:tcPr>
            <w:tcW w:type="dxa" w:w="2608"/>
            <w:vMerge/>
            <w:shd w:fill="F4F8FB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type="dxa" w:w="3118"/>
            <w:shd w:fill="F4F8FB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type="dxa" w:w="4706"/>
            <w:shd w:fill="F4F8FB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</w:tbl>
    <w:p>
      <w:pPr>
        <w:keepNext w:val="0"/>
        <w:keepLines/>
        <w:widowControl/>
        <w:spacing w:before="0" w:after="0" w:line="120" w:lineRule="exact"/>
        <w:ind w:left="0" w:right="0" w:firstLine="0"/>
      </w:pPr>
    </w:p>
    <w:tbl>
      <w:tblPr>
        <w:tblLayout w:type="fixed"/>
        <w:tblLook w:firstColumn="1" w:firstRow="1" w:lastColumn="0" w:lastRow="0" w:noHBand="0" w:noVBand="1" w:val="04A0"/>
        <w:jc w:val="left"/>
        <w:tblCellMar>
          <w:top w:w="40" w:type="dxa"/>
          <w:bottom w:w="40" w:type="dxa"/>
          <w:left w:w="90" w:type="dxa"/>
          <w:right w:w="90" w:type="dxa"/>
        </w:tblCellMar>
        <w:tblBorders>
          <w:top w:val="single" w:sz="5" w:color="C7D6E0"/>
          <w:left w:val="single" w:sz="5" w:color="C7D6E0"/>
          <w:bottom w:val="single" w:sz="5" w:color="C7D6E0"/>
          <w:right w:val="single" w:sz="5" w:color="C7D6E0"/>
          <w:insideH w:val="single" w:sz="5" w:color="C7D6E0"/>
          <w:insideV w:val="single" w:sz="5" w:color="C7D6E0"/>
        </w:tblBorders>
        <w:tblInd w:w="90" w:type="dxa"/>
        <w:tblW w:w="10432" w:type="dxa"/>
      </w:tblPr>
      <w:tblGrid>
        <w:gridCol w:w="2551"/>
        <w:gridCol w:w="7881"/>
      </w:tblGrid>
      <w:tr>
        <w:trPr>
          <w:cantSplit w:val="1"/>
          <w:tblHeader w:val="1"/>
          <w:trHeight w:val="500" w:hRule="atLeast"/>
        </w:trPr>
        <w:tc>
          <w:tcPr>
            <w:tcW w:type="dxa" w:w="2551"/>
            <w:shd w:fill="00559E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Section score</w:t>
            </w:r>
          </w:p>
        </w:tc>
        <w:tc>
          <w:tcPr>
            <w:tcW w:type="dxa" w:w="7881"/>
            <w:shd w:fill="FFFFFF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</w:r>
          </w:p>
        </w:tc>
      </w:tr>
    </w:tbl>
    <w:p>
      <w:pPr>
        <w:keepNext/>
        <w:keepLines/>
        <w:pageBreakBefore/>
        <w:widowControl/>
        <w:spacing w:before="200" w:after="140" w:line="259" w:lineRule="auto"/>
        <w:ind w:left="0" w:right="0" w:firstLine="0"/>
      </w:pPr>
      <w:r>
        <w:rPr>
          <w:rFonts w:ascii="Arial" w:hAnsi="Arial" w:eastAsia="Arial" w:cs="Arial"/>
          <w:b/>
          <w:color w:val="00559E"/>
          <w:sz w:val="24"/>
        </w:rPr>
        <w:t>Section 3 Products and markets</w:t>
      </w:r>
    </w:p>
    <w:tbl>
      <w:tblPr>
        <w:tblStyle w:val="TableNormal"/>
        <w:tblLayout w:type="fixed"/>
        <w:tblLook w:val="04A0" w:firstRow="1" w:lastRow="0" w:firstColumn="1" w:lastColumn="0" w:noHBand="0" w:noVBand="1"/>
        <w:tblBorders>
          <w:top w:val="single" w:sz="5" w:space="0" w:color="C7D6E0"/>
          <w:left w:val="single" w:sz="5" w:space="0" w:color="C7D6E0"/>
          <w:bottom w:val="single" w:sz="5" w:space="0" w:color="C7D6E0"/>
          <w:right w:val="single" w:sz="5" w:space="0" w:color="C7D6E0"/>
          <w:insideH w:val="single" w:sz="5" w:space="0" w:color="C7D6E0"/>
          <w:insideV w:val="single" w:sz="5" w:space="0" w:color="C7D6E0"/>
        </w:tblBorders>
        <w:tblCellMar>
          <w:top w:w="40" w:type="dxa"/>
          <w:left w:w="90" w:type="dxa"/>
          <w:bottom w:w="40" w:type="dxa"/>
          <w:right w:w="90" w:type="dxa"/>
        </w:tblCellMar>
        <w:jc w:val="left"/>
        <w:tblInd w:w="90" w:type="dxa"/>
        <w:tblW w:w="10432" w:type="dxa"/>
      </w:tblPr>
      <w:tblGrid>
        <w:gridCol w:w="3685"/>
        <w:gridCol w:w="6747"/>
      </w:tblGrid>
      <w:tr w:rsidR="00CD49F6" w14:paraId="1455A5A2" w14:textId="77777777">
        <w:trPr>
          <w:trHeight w:val="460" w:hRule="atLeast"/>
          <w:cantSplit w:val="1"/>
          <w:tblHeader w:val="1"/>
        </w:trPr>
        <w:tc>
          <w:tcPr>
            <w:tcW w:w="10432" w:type="dxa"/>
            <w:gridSpan w:val="2"/>
            <w:shd w:val="clear" w:color="auto" w:fill="00559E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3.1 Product</w:t>
            </w:r>
          </w:p>
        </w:tc>
      </w:tr>
      <w:tr w:rsidR="00CD49F6" w14:paraId="2E82E4EA" w14:textId="77777777">
        <w:trPr>
          <w:trHeight w:val="460" w:hRule="atLeast"/>
          <w:cantSplit w:val="1"/>
        </w:trPr>
        <w:tc>
          <w:tcPr>
            <w:tcW w:w="3685" w:type="dxa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Main products manufactured:</w:t>
            </w:r>
          </w:p>
        </w:tc>
        <w:tc>
          <w:tcPr>
            <w:tcW w:w="6747" w:type="dxa"/>
            <w:shd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580DB895" w14:textId="77777777">
        <w:trPr>
          <w:trHeight w:val="460" w:hRule="atLeast"/>
          <w:cantSplit w:val="1"/>
        </w:trPr>
        <w:tc>
          <w:tcPr>
            <w:tcW w:w="3685" w:type="dxa"/>
            <w:shd w:val="clear" w:color="auto"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Other products manufactured:</w:t>
            </w:r>
          </w:p>
        </w:tc>
        <w:tc>
          <w:tcPr>
            <w:tcW w:w="6747" w:type="dxa"/>
            <w:shd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7C47EF46" w14:textId="77777777">
        <w:trPr>
          <w:trHeight w:val="460" w:hRule="atLeast"/>
          <w:cantSplit w:val="1"/>
        </w:trPr>
        <w:tc>
          <w:tcPr>
            <w:tcW w:w="3685" w:type="dxa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Client’s interested product:</w:t>
            </w:r>
          </w:p>
        </w:tc>
        <w:tc>
          <w:tcPr>
            <w:tcW w:w="6747" w:type="dxa"/>
            <w:shd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391FE653" w14:textId="77777777">
        <w:trPr>
          <w:trHeight w:val="460" w:hRule="atLeast"/>
          <w:cantSplit w:val="1"/>
        </w:trPr>
        <w:tc>
          <w:tcPr>
            <w:tcW w:w="3685" w:type="dxa"/>
            <w:shd w:val="clear" w:color="auto"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Main raw materials:</w:t>
            </w:r>
          </w:p>
        </w:tc>
        <w:tc>
          <w:tcPr>
            <w:tcW w:w="6747" w:type="dxa"/>
            <w:shd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7288478D" w14:textId="77777777">
        <w:trPr>
          <w:trHeight w:val="460" w:hRule="atLeast"/>
          <w:cantSplit w:val="1"/>
        </w:trPr>
        <w:tc>
          <w:tcPr>
            <w:tcW w:w="3685" w:type="dxa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Main production procedure:</w:t>
            </w:r>
          </w:p>
        </w:tc>
        <w:tc>
          <w:tcPr>
            <w:tcW w:w="6747" w:type="dxa"/>
            <w:shd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5221A1BB" w14:textId="77777777">
        <w:trPr>
          <w:trHeight w:val="460" w:hRule="atLeast"/>
          <w:cantSplit w:val="1"/>
        </w:trPr>
        <w:tc>
          <w:tcPr>
            <w:tcW w:w="3685" w:type="dxa"/>
            <w:shd w:val="clear" w:color="auto" w:fill="F4F8FB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Available product certificates:</w:t>
            </w:r>
          </w:p>
        </w:tc>
        <w:tc>
          <w:tcPr>
            <w:tcW w:w="6747" w:type="dxa"/>
            <w:shd w:fill="F4F8FB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☐ Licensed ☐ Patents ☐ Awarded ☐ Brand certificate ☐ None ☐ Other</w:t>
            </w:r>
          </w:p>
        </w:tc>
      </w:tr>
    </w:tbl>
    <w:p>
      <w:pPr>
        <w:keepNext w:val="0"/>
        <w:keepLines/>
        <w:widowControl/>
        <w:spacing w:before="0" w:after="0" w:line="120" w:lineRule="exact"/>
        <w:ind w:left="0" w:right="0" w:firstLine="0"/>
      </w:pPr>
    </w:p>
    <w:tbl>
      <w:tblPr>
        <w:tblStyle w:val="TableNormal"/>
        <w:tblLayout w:type="fixed"/>
        <w:tblLook w:val="04A0" w:firstRow="1" w:lastRow="0" w:firstColumn="1" w:lastColumn="0" w:noHBand="0" w:noVBand="1"/>
        <w:tblBorders>
          <w:top w:val="single" w:sz="5" w:space="0" w:color="C7D6E0"/>
          <w:left w:val="single" w:sz="5" w:space="0" w:color="C7D6E0"/>
          <w:bottom w:val="single" w:sz="5" w:space="0" w:color="C7D6E0"/>
          <w:right w:val="single" w:sz="5" w:space="0" w:color="C7D6E0"/>
          <w:insideH w:val="single" w:sz="5" w:space="0" w:color="C7D6E0"/>
          <w:insideV w:val="single" w:sz="5" w:space="0" w:color="C7D6E0"/>
        </w:tblBorders>
        <w:tblCellMar>
          <w:top w:w="40" w:type="dxa"/>
          <w:left w:w="90" w:type="dxa"/>
          <w:bottom w:w="40" w:type="dxa"/>
          <w:right w:w="90" w:type="dxa"/>
        </w:tblCellMar>
        <w:jc w:val="left"/>
        <w:tblInd w:w="90" w:type="dxa"/>
        <w:tblW w:w="10432" w:type="dxa"/>
      </w:tblPr>
      <w:tblGrid>
        <w:gridCol w:w="3685"/>
        <w:gridCol w:w="3402"/>
        <w:gridCol w:w="3345"/>
      </w:tblGrid>
      <w:tr w:rsidR="00CD49F6" w14:paraId="0AEC9837" w14:textId="77777777">
        <w:trPr>
          <w:trHeight w:val="460" w:hRule="atLeast"/>
          <w:cantSplit w:val="1"/>
          <w:tblHeader w:val="1"/>
        </w:trPr>
        <w:tc>
          <w:tcPr>
            <w:tcW w:w="10432" w:type="dxa"/>
            <w:gridSpan w:val="3"/>
            <w:shd w:val="clear" w:color="auto" w:fill="00559E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3.2 Export and Market</w:t>
            </w:r>
          </w:p>
        </w:tc>
      </w:tr>
      <w:tr w:rsidR="00CD49F6" w14:paraId="09BD9464" w14:textId="77777777">
        <w:trPr>
          <w:trHeight w:val="460" w:hRule="atLeast"/>
          <w:cantSplit w:val="1"/>
        </w:trPr>
        <w:tc>
          <w:tcPr>
            <w:tcW w:w="3685" w:type="dxa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With a valid export license?</w:t>
            </w:r>
          </w:p>
        </w:tc>
        <w:tc>
          <w:tcPr>
            <w:tcW w:w="6747" w:type="dxa"/>
            <w:gridSpan w:val="2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☐ Yes ☐ No</w:t>
            </w:r>
          </w:p>
        </w:tc>
      </w:tr>
      <w:tr w:rsidR="00CD49F6" w14:paraId="691A82D8" w14:textId="77777777">
        <w:trPr>
          <w:trHeight w:val="460" w:hRule="atLeast"/>
          <w:cantSplit w:val="1"/>
        </w:trPr>
        <w:tc>
          <w:tcPr>
            <w:tcW w:w="3685" w:type="dxa"/>
            <w:shd w:val="clear" w:color="auto"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Export license code:</w:t>
            </w:r>
          </w:p>
        </w:tc>
        <w:tc>
          <w:tcPr>
            <w:tcW w:w="6747" w:type="dxa"/>
            <w:gridSpan w:val="2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3E8AD309" w14:textId="77777777">
        <w:trPr>
          <w:trHeight w:val="460" w:hRule="atLeast"/>
          <w:cantSplit w:val="1"/>
        </w:trPr>
        <w:tc>
          <w:tcPr>
            <w:tcW w:w="3685" w:type="dxa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The date of getting export license:</w:t>
            </w:r>
          </w:p>
        </w:tc>
        <w:tc>
          <w:tcPr>
            <w:tcW w:w="6747" w:type="dxa"/>
            <w:gridSpan w:val="2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10F0CB85" w14:textId="77777777">
        <w:trPr>
          <w:trHeight w:val="460" w:hRule="atLeast"/>
          <w:cantSplit w:val="1"/>
        </w:trPr>
        <w:tc>
          <w:tcPr>
            <w:tcW w:w="3685" w:type="dxa"/>
            <w:shd w:val="clear" w:color="auto"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The number of foreign trade salesman:</w:t>
            </w:r>
          </w:p>
        </w:tc>
        <w:tc>
          <w:tcPr>
            <w:tcW w:w="6747" w:type="dxa"/>
            <w:gridSpan w:val="2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19AF9AF1" w14:textId="77777777">
        <w:trPr>
          <w:trHeight w:val="460" w:hRule="atLeast"/>
          <w:cantSplit w:val="1"/>
        </w:trPr>
        <w:tc>
          <w:tcPr>
            <w:tcW w:w="3685" w:type="dxa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Annual turnover of last 2 years(USD):</w:t>
            </w:r>
          </w:p>
        </w:tc>
        <w:tc>
          <w:tcPr>
            <w:tcW w:w="6747" w:type="dxa"/>
            <w:gridSpan w:val="2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2C3A2AF5" w14:textId="77777777">
        <w:trPr>
          <w:trHeight w:val="460" w:hRule="atLeast"/>
          <w:cantSplit w:val="1"/>
        </w:trPr>
        <w:tc>
          <w:tcPr>
            <w:tcW w:w="3685" w:type="dxa"/>
            <w:shd w:val="clear" w:color="auto"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% of Export:</w:t>
            </w:r>
          </w:p>
        </w:tc>
        <w:tc>
          <w:tcPr>
            <w:tcW w:w="6747" w:type="dxa"/>
            <w:gridSpan w:val="2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3C53D8EF" w14:textId="77777777">
        <w:trPr>
          <w:trHeight w:val="460" w:hRule="atLeast"/>
          <w:cantSplit w:val="1"/>
        </w:trPr>
        <w:tc>
          <w:tcPr>
            <w:tcW w:w="3685" w:type="dxa"/>
            <w:vMerge w:val="restart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Main markets:</w:t>
            </w:r>
          </w:p>
        </w:tc>
        <w:tc>
          <w:tcPr>
            <w:tcW w:w="6747" w:type="dxa"/>
            <w:gridSpan w:val="2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0F25B97A" w14:textId="77777777">
        <w:trPr>
          <w:trHeight w:val="460" w:hRule="atLeast"/>
          <w:cantSplit w:val="1"/>
        </w:trPr>
        <w:tc>
          <w:tcPr>
            <w:tcW w:w="3685" w:type="dxa"/>
            <w:vMerge/>
            <w:shd w:val="clear" w:color="auto"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3402" w:type="dxa"/>
            <w:shd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3345" w:type="dxa"/>
            <w:shd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% of Total Business Volume</w:t>
            </w:r>
          </w:p>
        </w:tc>
      </w:tr>
      <w:tr w:rsidR="00CD49F6" w14:paraId="2C9EB4DC" w14:textId="77777777">
        <w:trPr>
          <w:trHeight w:val="460" w:hRule="atLeast"/>
          <w:cantSplit w:val="1"/>
        </w:trPr>
        <w:tc>
          <w:tcPr>
            <w:tcW w:w="3685" w:type="dxa"/>
            <w:vMerge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3402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3345" w:type="dxa"/>
            <w:vAlign w:val="center"/>
            <w:shd w:fill="FFFFFF"/>
          </w:tcPr>
          <w:p>
            <w:r/>
          </w:p>
        </w:tc>
      </w:tr>
      <w:tr w:rsidR="00CD49F6" w14:paraId="0097B225" w14:textId="77777777">
        <w:trPr>
          <w:trHeight w:val="460" w:hRule="atLeast"/>
          <w:cantSplit w:val="1"/>
        </w:trPr>
        <w:tc>
          <w:tcPr>
            <w:tcW w:w="3685" w:type="dxa"/>
            <w:vMerge/>
            <w:shd w:val="clear" w:color="auto"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3402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3345" w:type="dxa"/>
            <w:vAlign w:val="center"/>
            <w:shd w:fill="F4F8FB"/>
          </w:tcPr>
          <w:p>
            <w:r/>
          </w:p>
        </w:tc>
      </w:tr>
      <w:tr w:rsidR="00CD49F6" w14:paraId="34B1D34C" w14:textId="77777777">
        <w:trPr>
          <w:trHeight w:val="460" w:hRule="atLeast"/>
          <w:cantSplit w:val="1"/>
        </w:trPr>
        <w:tc>
          <w:tcPr>
            <w:tcW w:w="3685" w:type="dxa"/>
            <w:vMerge/>
            <w:shd w:val="clear" w:color="auto" w:fill="FFFFFF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3402" w:type="dxa"/>
            <w:vAlign w:val="center"/>
            <w:shd w:fill="FFFFFF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3345" w:type="dxa"/>
            <w:vAlign w:val="center"/>
            <w:shd w:fill="FFFFFF"/>
          </w:tcPr>
          <w:p>
            <w:r/>
          </w:p>
        </w:tc>
      </w:tr>
    </w:tbl>
    <w:p>
      <w:pPr>
        <w:keepNext w:val="0"/>
        <w:keepLines/>
        <w:widowControl/>
        <w:spacing w:before="0" w:after="0" w:line="120" w:lineRule="exact"/>
        <w:ind w:left="0" w:right="0" w:firstLine="0"/>
      </w:pPr>
    </w:p>
    <w:tbl>
      <w:tblPr>
        <w:tblLayout w:type="fixed"/>
        <w:tblLook w:firstColumn="1" w:firstRow="1" w:lastColumn="0" w:lastRow="0" w:noHBand="0" w:noVBand="1" w:val="04A0"/>
        <w:jc w:val="left"/>
        <w:tblCellMar>
          <w:top w:w="40" w:type="dxa"/>
          <w:bottom w:w="40" w:type="dxa"/>
          <w:left w:w="90" w:type="dxa"/>
          <w:right w:w="90" w:type="dxa"/>
        </w:tblCellMar>
        <w:tblBorders>
          <w:top w:val="single" w:sz="5" w:color="C7D6E0"/>
          <w:left w:val="single" w:sz="5" w:color="C7D6E0"/>
          <w:bottom w:val="single" w:sz="5" w:color="C7D6E0"/>
          <w:right w:val="single" w:sz="5" w:color="C7D6E0"/>
          <w:insideH w:val="single" w:sz="5" w:color="C7D6E0"/>
          <w:insideV w:val="single" w:sz="5" w:color="C7D6E0"/>
        </w:tblBorders>
        <w:tblInd w:w="90" w:type="dxa"/>
        <w:tblW w:w="10432" w:type="dxa"/>
      </w:tblPr>
      <w:tblGrid>
        <w:gridCol w:w="2551"/>
        <w:gridCol w:w="7881"/>
      </w:tblGrid>
      <w:tr>
        <w:trPr>
          <w:cantSplit w:val="1"/>
          <w:tblHeader w:val="1"/>
          <w:trHeight w:val="440" w:hRule="atLeast"/>
        </w:trPr>
        <w:tc>
          <w:tcPr>
            <w:tcW w:type="dxa" w:w="10432"/>
            <w:gridSpan w:val="2"/>
            <w:shd w:fill="00559E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REMARKS</w:t>
            </w:r>
          </w:p>
        </w:tc>
      </w:tr>
      <w:tr>
        <w:trPr>
          <w:cantSplit w:val="1"/>
          <w:trHeight w:val="1000" w:hRule="atLeast"/>
        </w:trPr>
        <w:tc>
          <w:tcPr>
            <w:tcW w:type="dxa" w:w="10432"/>
            <w:gridSpan w:val="2"/>
            <w:shd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>
        <w:trPr>
          <w:cantSplit w:val="1"/>
          <w:trHeight w:val="440" w:hRule="atLeast"/>
        </w:trPr>
        <w:tc>
          <w:tcPr>
            <w:tcW w:type="dxa" w:w="2551"/>
            <w:shd w:fill="F4F8FB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Section score</w:t>
            </w:r>
          </w:p>
        </w:tc>
        <w:tc>
          <w:tcPr>
            <w:tcW w:type="dxa" w:w="7881"/>
            <w:shd w:fill="F4F8FB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</w:tbl>
    <w:p>
      <w:pPr>
        <w:keepNext/>
        <w:keepLines/>
        <w:pageBreakBefore/>
        <w:widowControl/>
        <w:spacing w:before="200" w:after="140" w:line="259" w:lineRule="auto"/>
        <w:ind w:left="0" w:right="0" w:firstLine="0"/>
      </w:pPr>
      <w:r>
        <w:rPr>
          <w:rFonts w:ascii="Arial" w:hAnsi="Arial" w:eastAsia="Arial" w:cs="Arial"/>
          <w:b/>
          <w:color w:val="00559E"/>
          <w:sz w:val="24"/>
        </w:rPr>
        <w:t>Section 4 Production facilities</w:t>
      </w:r>
    </w:p>
    <w:tbl>
      <w:tblPr>
        <w:tblStyle w:val="TableNormal"/>
        <w:tblLayout w:type="fixed"/>
        <w:tblLook w:val="04A0" w:firstRow="1" w:lastRow="0" w:firstColumn="1" w:lastColumn="0" w:noHBand="0" w:noVBand="1"/>
        <w:tblBorders>
          <w:top w:val="single" w:sz="5" w:space="0" w:color="C7D6E0"/>
          <w:left w:val="single" w:sz="5" w:space="0" w:color="C7D6E0"/>
          <w:bottom w:val="single" w:sz="5" w:space="0" w:color="C7D6E0"/>
          <w:right w:val="single" w:sz="5" w:space="0" w:color="C7D6E0"/>
          <w:insideH w:val="single" w:sz="5" w:space="0" w:color="C7D6E0"/>
          <w:insideV w:val="single" w:sz="5" w:space="0" w:color="C7D6E0"/>
        </w:tblBorders>
        <w:tblCellMar>
          <w:top w:w="40" w:type="dxa"/>
          <w:left w:w="90" w:type="dxa"/>
          <w:bottom w:w="40" w:type="dxa"/>
          <w:right w:w="90" w:type="dxa"/>
        </w:tblCellMar>
        <w:jc w:val="left"/>
        <w:tblInd w:w="90" w:type="dxa"/>
        <w:tblW w:w="10432" w:type="dxa"/>
      </w:tblPr>
      <w:tblGrid>
        <w:gridCol w:w="3685"/>
        <w:gridCol w:w="1531"/>
        <w:gridCol w:w="5216"/>
      </w:tblGrid>
      <w:tr w:rsidR="00CD49F6" w14:paraId="35EC1AE3" w14:textId="77777777">
        <w:trPr>
          <w:trHeight w:val="540" w:hRule="atLeast"/>
          <w:cantSplit w:val="1"/>
          <w:tblHeader w:val="1"/>
        </w:trPr>
        <w:tc>
          <w:tcPr>
            <w:tcW w:w="10432" w:type="dxa"/>
            <w:gridSpan w:val="3"/>
            <w:shd w:val="clear" w:color="auto" w:fill="00559E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4.1 Production Workshops/ Lines</w:t>
            </w:r>
          </w:p>
        </w:tc>
      </w:tr>
      <w:tr w:rsidR="00CD49F6" w14:paraId="61428875" w14:textId="77777777">
        <w:trPr>
          <w:trHeight w:val="540" w:hRule="atLeast"/>
          <w:cantSplit w:val="1"/>
        </w:trPr>
        <w:tc>
          <w:tcPr>
            <w:tcW w:w="3685" w:type="dxa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Modernization of plant：</w:t>
            </w:r>
          </w:p>
        </w:tc>
        <w:tc>
          <w:tcPr>
            <w:tcW w:w="6747" w:type="dxa"/>
            <w:gridSpan w:val="2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☐ Modern plant (Dust free or high automation plant)</w:t>
              <w:br/>
              <w:t>☐ Standard industrial plant</w:t>
              <w:br/>
              <w:t>☐ Simple plant</w:t>
            </w:r>
          </w:p>
        </w:tc>
      </w:tr>
      <w:tr w:rsidR="00CD49F6" w14:paraId="077F8BEA" w14:textId="77777777">
        <w:trPr>
          <w:trHeight w:val="540" w:hRule="atLeast"/>
          <w:cantSplit w:val="1"/>
        </w:trPr>
        <w:tc>
          <w:tcPr>
            <w:tcW w:w="3685" w:type="dxa"/>
            <w:shd w:val="clear" w:color="auto"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Assembly line tidy and well organized?</w:t>
            </w:r>
          </w:p>
        </w:tc>
        <w:tc>
          <w:tcPr>
            <w:tcW w:w="6747" w:type="dxa"/>
            <w:gridSpan w:val="2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☐ Tidy and well organized</w:t>
              <w:br/>
              <w:t>☐ Acceptable</w:t>
              <w:br/>
              <w:t>☐ Chaos and poor management</w:t>
            </w:r>
          </w:p>
        </w:tc>
      </w:tr>
      <w:tr w:rsidR="00CD49F6" w14:paraId="7D2CEED0" w14:textId="77777777">
        <w:trPr>
          <w:trHeight w:val="540" w:hRule="atLeast"/>
          <w:cantSplit w:val="1"/>
        </w:trPr>
        <w:tc>
          <w:tcPr>
            <w:tcW w:w="3685" w:type="dxa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Production area well enlightened?</w:t>
            </w:r>
          </w:p>
        </w:tc>
        <w:tc>
          <w:tcPr>
            <w:tcW w:w="6747" w:type="dxa"/>
            <w:gridSpan w:val="2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☐ Yes ☐ No</w:t>
            </w:r>
          </w:p>
        </w:tc>
      </w:tr>
      <w:tr w:rsidR="00CD49F6" w14:paraId="7F517E77" w14:textId="77777777">
        <w:trPr>
          <w:trHeight w:val="540" w:hRule="atLeast"/>
          <w:cantSplit w:val="1"/>
        </w:trPr>
        <w:tc>
          <w:tcPr>
            <w:tcW w:w="3685" w:type="dxa"/>
            <w:shd w:val="clear" w:color="auto" w:fill="F4F8FB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Production area Ventilated?</w:t>
            </w:r>
          </w:p>
        </w:tc>
        <w:tc>
          <w:tcPr>
            <w:tcW w:w="6747" w:type="dxa"/>
            <w:gridSpan w:val="2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☐ Yes ☐ No</w:t>
            </w:r>
          </w:p>
        </w:tc>
      </w:tr>
      <w:tr w:rsidR="00CD49F6" w14:paraId="1F5DAB29" w14:textId="77777777">
        <w:trPr>
          <w:trHeight w:val="540" w:hRule="atLeast"/>
          <w:cantSplit w:val="1"/>
        </w:trPr>
        <w:tc>
          <w:tcPr>
            <w:tcW w:w="3685" w:type="dxa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Production area with cooling or heating facilities?</w:t>
            </w:r>
          </w:p>
        </w:tc>
        <w:tc>
          <w:tcPr>
            <w:tcW w:w="6747" w:type="dxa"/>
            <w:gridSpan w:val="2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☐ Yes ☐ No</w:t>
            </w:r>
          </w:p>
        </w:tc>
      </w:tr>
      <w:tr w:rsidR="00CD49F6" w14:paraId="333F9CAA" w14:textId="77777777">
        <w:trPr>
          <w:trHeight w:val="1800" w:hRule="atLeast"/>
          <w:cantSplit w:val="1"/>
        </w:trPr>
        <w:tc>
          <w:tcPr>
            <w:tcW w:w="5216" w:type="dxa"/>
            <w:gridSpan w:val="2"/>
            <w:shd w:fill="FFFFFF"/>
            <w:vAlign w:val="top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</w:pPr>
            <w:r>
              <w:rPr>
                <w:rFonts w:ascii="Arial" w:hAnsi="Arial" w:eastAsia="Arial" w:cs="Arial"/>
                <w:b/>
                <w:color w:val="00559E"/>
                <w:sz w:val="18"/>
              </w:rPr>
              <w:t>Photo 1</w:t>
            </w:r>
          </w:p>
        </w:tc>
        <w:tc>
          <w:tcPr>
            <w:tcW w:w="5216" w:type="dxa"/>
            <w:shd w:fill="FFFFFF"/>
            <w:vAlign w:val="top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</w:pPr>
            <w:r>
              <w:rPr>
                <w:rFonts w:ascii="Arial" w:hAnsi="Arial" w:eastAsia="Arial" w:cs="Arial"/>
                <w:b/>
                <w:color w:val="00559E"/>
                <w:sz w:val="18"/>
              </w:rPr>
              <w:t>Photo 2</w:t>
            </w:r>
          </w:p>
        </w:tc>
      </w:tr>
    </w:tbl>
    <w:p>
      <w:pPr>
        <w:keepNext w:val="0"/>
        <w:keepLines/>
        <w:widowControl/>
        <w:spacing w:before="0" w:after="0" w:line="120" w:lineRule="exact"/>
        <w:ind w:left="0" w:right="0" w:firstLine="0"/>
      </w:pPr>
    </w:p>
    <w:tbl>
      <w:tblPr>
        <w:tblStyle w:val="TableNormal"/>
        <w:jc w:val="left"/>
        <w:tblLayout w:type="fixed"/>
        <w:tblLook w:val="04A0" w:firstRow="1" w:lastRow="0" w:firstColumn="1" w:lastColumn="0" w:noHBand="0" w:noVBand="1"/>
        <w:tblBorders>
          <w:top w:val="single" w:sz="5" w:space="0" w:color="C7D6E0"/>
          <w:left w:val="single" w:sz="5" w:space="0" w:color="C7D6E0"/>
          <w:bottom w:val="single" w:sz="5" w:space="0" w:color="C7D6E0"/>
          <w:right w:val="single" w:sz="5" w:space="0" w:color="C7D6E0"/>
          <w:insideH w:val="single" w:sz="5" w:space="0" w:color="C7D6E0"/>
          <w:insideV w:val="single" w:sz="5" w:space="0" w:color="C7D6E0"/>
        </w:tblBorders>
        <w:tblCellMar>
          <w:top w:w="40" w:type="dxa"/>
          <w:left w:w="90" w:type="dxa"/>
          <w:bottom w:w="40" w:type="dxa"/>
          <w:right w:w="90" w:type="dxa"/>
        </w:tblCellMar>
        <w:tblInd w:w="90" w:type="dxa"/>
        <w:tblW w:w="10432" w:type="dxa"/>
      </w:tblPr>
      <w:tblGrid>
        <w:gridCol w:w="5215"/>
        <w:gridCol w:w="5217"/>
      </w:tblGrid>
      <w:tr>
        <w:trPr>
          <w:trHeight w:val="440" w:hRule="atLeast"/>
          <w:cantSplit w:val="1"/>
          <w:tblHeader w:val="1"/>
        </w:trPr>
        <w:tc>
          <w:tcPr>
            <w:tcW w:type="dxa" w:w="10432"/>
            <w:gridSpan w:val="2"/>
            <w:shd w:fill="00559E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PHOTO ATTACHMENT</w:t>
            </w:r>
          </w:p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</w:r>
          </w:p>
        </w:tc>
      </w:tr>
      <w:tr w:rsidR="00CD49F6" w14:paraId="15771BFF" w14:textId="77777777">
        <w:trPr>
          <w:trHeight w:val="1800" w:hRule="atLeast"/>
          <w:cantSplit w:val="1"/>
        </w:trPr>
        <w:tc>
          <w:tcPr>
            <w:tcW w:w="5215" w:type="dxa"/>
            <w:shd w:fill="FFFFFF"/>
            <w:vAlign w:val="top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</w:pPr>
            <w:r>
              <w:rPr>
                <w:rFonts w:ascii="Arial" w:hAnsi="Arial" w:eastAsia="Arial" w:cs="Arial"/>
                <w:b/>
                <w:color w:val="00559E"/>
                <w:sz w:val="18"/>
              </w:rPr>
              <w:t>Photo 3</w:t>
            </w:r>
          </w:p>
        </w:tc>
        <w:tc>
          <w:tcPr>
            <w:tcW w:w="5217" w:type="dxa"/>
            <w:shd w:fill="FFFFFF"/>
            <w:vAlign w:val="top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</w:pPr>
            <w:r>
              <w:rPr>
                <w:rFonts w:ascii="Arial" w:hAnsi="Arial" w:eastAsia="Arial" w:cs="Arial"/>
                <w:b/>
                <w:color w:val="00559E"/>
                <w:sz w:val="18"/>
              </w:rPr>
              <w:t>Photo 4</w:t>
            </w:r>
          </w:p>
        </w:tc>
      </w:tr>
      <w:tr w:rsidR="00CD49F6" w14:paraId="1C360B68" w14:textId="77777777">
        <w:trPr>
          <w:trHeight w:val="1800" w:hRule="atLeast"/>
          <w:cantSplit w:val="1"/>
        </w:trPr>
        <w:tc>
          <w:tcPr>
            <w:tcW w:w="5215" w:type="dxa"/>
            <w:shd w:fill="FFFFFF"/>
            <w:vAlign w:val="top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</w:pPr>
            <w:r>
              <w:rPr>
                <w:rFonts w:ascii="Arial" w:hAnsi="Arial" w:eastAsia="Arial" w:cs="Arial"/>
                <w:b/>
                <w:color w:val="00559E"/>
                <w:sz w:val="18"/>
              </w:rPr>
              <w:t>Photo 5</w:t>
            </w:r>
          </w:p>
        </w:tc>
        <w:tc>
          <w:tcPr>
            <w:tcW w:w="5217" w:type="dxa"/>
            <w:shd w:fill="FFFFFF"/>
            <w:vAlign w:val="top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</w:pPr>
            <w:r>
              <w:rPr>
                <w:rFonts w:ascii="Arial" w:hAnsi="Arial" w:eastAsia="Arial" w:cs="Arial"/>
                <w:b/>
                <w:color w:val="00559E"/>
                <w:sz w:val="18"/>
              </w:rPr>
              <w:t>Photo 6</w:t>
            </w:r>
          </w:p>
        </w:tc>
      </w:tr>
      <w:tr w:rsidR="00CD49F6" w14:paraId="05AFAE32" w14:textId="77777777">
        <w:trPr>
          <w:trHeight w:val="1800" w:hRule="atLeast"/>
          <w:cantSplit w:val="1"/>
        </w:trPr>
        <w:tc>
          <w:tcPr>
            <w:tcW w:w="5215" w:type="dxa"/>
            <w:shd w:fill="FFFFFF"/>
            <w:vAlign w:val="top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</w:pPr>
            <w:r>
              <w:rPr>
                <w:rFonts w:ascii="Arial" w:hAnsi="Arial" w:eastAsia="Arial" w:cs="Arial"/>
                <w:b/>
                <w:color w:val="00559E"/>
                <w:sz w:val="18"/>
              </w:rPr>
              <w:t>Photo 7</w:t>
            </w:r>
          </w:p>
        </w:tc>
        <w:tc>
          <w:tcPr>
            <w:tcW w:w="5217" w:type="dxa"/>
            <w:shd w:fill="FFFFFF"/>
            <w:vAlign w:val="top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</w:pPr>
            <w:r>
              <w:rPr>
                <w:rFonts w:ascii="Arial" w:hAnsi="Arial" w:eastAsia="Arial" w:cs="Arial"/>
                <w:b/>
                <w:color w:val="00559E"/>
                <w:sz w:val="18"/>
              </w:rPr>
              <w:t>Photo 8</w:t>
            </w:r>
          </w:p>
        </w:tc>
      </w:tr>
    </w:tbl>
    <w:p>
      <w:pPr>
        <w:keepNext/>
        <w:keepLines/>
        <w:pageBreakBefore/>
        <w:widowControl/>
        <w:spacing w:before="200" w:after="140" w:line="259" w:lineRule="auto"/>
        <w:ind w:left="0" w:right="0" w:firstLine="0"/>
      </w:pPr>
      <w:r>
        <w:rPr>
          <w:rFonts w:ascii="Arial" w:hAnsi="Arial" w:eastAsia="Arial" w:cs="Arial"/>
          <w:b/>
          <w:color w:val="00559E"/>
          <w:sz w:val="24"/>
        </w:rPr>
        <w:t>4.2 Machinery list</w:t>
      </w:r>
    </w:p>
    <w:tbl>
      <w:tblPr>
        <w:tblStyle w:val="TableNormal"/>
        <w:tblLayout w:type="fixed"/>
        <w:tblLook w:val="04A0" w:firstRow="1" w:lastRow="0" w:firstColumn="1" w:lastColumn="0" w:noHBand="0" w:noVBand="1"/>
        <w:tblBorders>
          <w:top w:val="single" w:sz="5" w:space="0" w:color="C7D6E0"/>
          <w:left w:val="single" w:sz="5" w:space="0" w:color="C7D6E0"/>
          <w:bottom w:val="single" w:sz="5" w:space="0" w:color="C7D6E0"/>
          <w:right w:val="single" w:sz="5" w:space="0" w:color="C7D6E0"/>
          <w:insideH w:val="single" w:sz="5" w:space="0" w:color="C7D6E0"/>
          <w:insideV w:val="single" w:sz="5" w:space="0" w:color="C7D6E0"/>
        </w:tblBorders>
        <w:tblCellMar>
          <w:top w:w="40" w:type="dxa"/>
          <w:left w:w="90" w:type="dxa"/>
          <w:bottom w:w="40" w:type="dxa"/>
          <w:right w:w="90" w:type="dxa"/>
        </w:tblCellMar>
        <w:jc w:val="left"/>
        <w:tblInd w:w="90" w:type="dxa"/>
        <w:tblW w:w="10432" w:type="dxa"/>
      </w:tblPr>
      <w:tblGrid>
        <w:gridCol w:w="2891"/>
        <w:gridCol w:w="3969"/>
        <w:gridCol w:w="1361"/>
        <w:gridCol w:w="2211"/>
      </w:tblGrid>
      <w:tr w:rsidR="00CD49F6" w14:paraId="57EDCA4D" w14:textId="77777777">
        <w:trPr>
          <w:trHeight w:val="440" w:hRule="atLeast"/>
          <w:cantSplit w:val="1"/>
          <w:tblHeader w:val="1"/>
        </w:trPr>
        <w:tc>
          <w:tcPr>
            <w:tcW w:w="10432" w:type="dxa"/>
            <w:gridSpan w:val="4"/>
            <w:shd w:val="clear" w:color="auto" w:fill="00559E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4.2 Machinery List</w:t>
            </w:r>
          </w:p>
        </w:tc>
      </w:tr>
      <w:tr w:rsidR="00CD49F6" w14:paraId="284F1C0C" w14:textId="77777777">
        <w:trPr>
          <w:trHeight w:val="453" w:hRule="atLeast"/>
          <w:cantSplit w:val="1"/>
          <w:tblHeader w:val="1"/>
        </w:trPr>
        <w:tc>
          <w:tcPr>
            <w:tcW w:w="2891" w:type="dxa"/>
            <w:shd w:val="clear" w:color="auto" w:fill="FFFFFF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Picture</w:t>
            </w:r>
          </w:p>
        </w:tc>
        <w:tc>
          <w:tcPr>
            <w:tcW w:w="3969" w:type="dxa"/>
            <w:shd w:val="clear" w:color="auto" w:fill="FFFFFF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Machine name</w:t>
            </w:r>
          </w:p>
        </w:tc>
        <w:tc>
          <w:tcPr>
            <w:tcW w:w="1361" w:type="dxa"/>
            <w:shd w:val="clear" w:color="auto" w:fill="FFFFFF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Amount</w:t>
            </w:r>
          </w:p>
        </w:tc>
        <w:tc>
          <w:tcPr>
            <w:tcW w:w="2211" w:type="dxa"/>
            <w:shd w:val="clear" w:color="auto" w:fill="FFFFFF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Use of state</w:t>
            </w:r>
          </w:p>
        </w:tc>
      </w:tr>
      <w:tr w:rsidR="00CD49F6" w14:paraId="72339B0B" w14:textId="77777777">
        <w:trPr>
          <w:trHeight w:val="1200" w:hRule="atLeast"/>
          <w:cantSplit w:val="1"/>
        </w:trPr>
        <w:tc>
          <w:tcPr>
            <w:tcW w:w="2891" w:type="dxa"/>
            <w:shd w:fill="F4F8FB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3969" w:type="dxa"/>
            <w:vAlign w:val="center"/>
            <w:shd w:fill="F4F8FB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1361" w:type="dxa"/>
            <w:vAlign w:val="center"/>
            <w:shd w:fill="F4F8FB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2211" w:type="dxa"/>
            <w:vAlign w:val="center"/>
            <w:shd w:fill="F4F8FB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2525CFE9" w14:textId="77777777">
        <w:trPr>
          <w:trHeight w:val="1200" w:hRule="atLeast"/>
          <w:cantSplit w:val="1"/>
        </w:trPr>
        <w:tc>
          <w:tcPr>
            <w:tcW w:w="2891" w:type="dxa"/>
            <w:shd w:fill="FFFFFF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3969" w:type="dxa"/>
            <w:vAlign w:val="center"/>
            <w:shd w:fill="FFFFFF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1361" w:type="dxa"/>
            <w:vAlign w:val="center"/>
            <w:shd w:fill="FFFFFF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2211" w:type="dxa"/>
            <w:vAlign w:val="center"/>
            <w:shd w:fill="FFFFFF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0C25DC1D" w14:textId="77777777">
        <w:trPr>
          <w:trHeight w:val="1200" w:hRule="atLeast"/>
          <w:cantSplit w:val="1"/>
        </w:trPr>
        <w:tc>
          <w:tcPr>
            <w:tcW w:w="2891" w:type="dxa"/>
            <w:shd w:fill="F4F8FB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3969" w:type="dxa"/>
            <w:vAlign w:val="center"/>
            <w:shd w:fill="F4F8FB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1361" w:type="dxa"/>
            <w:vAlign w:val="center"/>
            <w:shd w:fill="F4F8FB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2211" w:type="dxa"/>
            <w:vAlign w:val="center"/>
            <w:shd w:fill="F4F8FB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6A65FF02" w14:textId="77777777">
        <w:trPr>
          <w:trHeight w:val="1200" w:hRule="atLeast"/>
          <w:cantSplit w:val="1"/>
        </w:trPr>
        <w:tc>
          <w:tcPr>
            <w:tcW w:w="2891" w:type="dxa"/>
            <w:shd w:fill="FFFFFF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3969" w:type="dxa"/>
            <w:vAlign w:val="center"/>
            <w:shd w:fill="FFFFFF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1361" w:type="dxa"/>
            <w:vAlign w:val="center"/>
            <w:shd w:fill="FFFFFF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2211" w:type="dxa"/>
            <w:vAlign w:val="center"/>
            <w:shd w:fill="FFFFFF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70AA17CF" w14:textId="77777777">
        <w:trPr>
          <w:trHeight w:val="1200" w:hRule="atLeast"/>
          <w:cantSplit w:val="1"/>
        </w:trPr>
        <w:tc>
          <w:tcPr>
            <w:tcW w:w="2891" w:type="dxa"/>
            <w:shd w:fill="F4F8FB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3969" w:type="dxa"/>
            <w:vAlign w:val="center"/>
            <w:shd w:fill="F4F8FB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1361" w:type="dxa"/>
            <w:vAlign w:val="center"/>
            <w:shd w:fill="F4F8FB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2211" w:type="dxa"/>
            <w:vAlign w:val="center"/>
            <w:shd w:fill="F4F8FB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462190B1" w14:textId="77777777">
        <w:trPr>
          <w:trHeight w:val="1200" w:hRule="atLeast"/>
          <w:cantSplit w:val="1"/>
        </w:trPr>
        <w:tc>
          <w:tcPr>
            <w:tcW w:w="2891" w:type="dxa"/>
            <w:shd w:fill="FFFFFF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3969" w:type="dxa"/>
            <w:vAlign w:val="center"/>
            <w:shd w:fill="FFFFFF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1361" w:type="dxa"/>
            <w:vAlign w:val="center"/>
            <w:shd w:fill="FFFFFF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2211" w:type="dxa"/>
            <w:vAlign w:val="center"/>
            <w:shd w:fill="FFFFFF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2AD2EAB7" w14:textId="77777777">
        <w:trPr>
          <w:trHeight w:val="1200" w:hRule="atLeast"/>
          <w:cantSplit w:val="1"/>
        </w:trPr>
        <w:tc>
          <w:tcPr>
            <w:tcW w:w="2891" w:type="dxa"/>
            <w:shd w:fill="F4F8FB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3969" w:type="dxa"/>
            <w:vAlign w:val="center"/>
            <w:shd w:fill="F4F8FB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1361" w:type="dxa"/>
            <w:vAlign w:val="center"/>
            <w:shd w:fill="F4F8FB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2211" w:type="dxa"/>
            <w:vAlign w:val="center"/>
            <w:shd w:fill="F4F8FB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5B98C8E7" w14:textId="77777777">
        <w:trPr>
          <w:trHeight w:val="1200" w:hRule="atLeast"/>
          <w:cantSplit w:val="1"/>
        </w:trPr>
        <w:tc>
          <w:tcPr>
            <w:tcW w:w="2891" w:type="dxa"/>
            <w:shd w:fill="FFFFFF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3969" w:type="dxa"/>
            <w:vAlign w:val="center"/>
            <w:shd w:fill="FFFFFF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1361" w:type="dxa"/>
            <w:vAlign w:val="center"/>
            <w:shd w:fill="FFFFFF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2211" w:type="dxa"/>
            <w:vAlign w:val="center"/>
            <w:shd w:fill="FFFFFF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</w:tbl>
    <w:p>
      <w:pPr>
        <w:keepNext w:val="0"/>
        <w:keepLines/>
        <w:widowControl/>
        <w:spacing w:before="0" w:after="0" w:line="120" w:lineRule="exact"/>
        <w:ind w:left="0" w:right="0" w:firstLine="0"/>
      </w:pPr>
    </w:p>
    <w:tbl>
      <w:tblPr>
        <w:tblLayout w:type="fixed"/>
        <w:tblLook w:firstColumn="1" w:firstRow="1" w:lastColumn="0" w:lastRow="0" w:noHBand="0" w:noVBand="1" w:val="04A0"/>
        <w:jc w:val="left"/>
        <w:tblCellMar>
          <w:top w:w="40" w:type="dxa"/>
          <w:bottom w:w="40" w:type="dxa"/>
          <w:left w:w="90" w:type="dxa"/>
          <w:right w:w="90" w:type="dxa"/>
        </w:tblCellMar>
        <w:tblBorders>
          <w:top w:val="single" w:sz="5" w:color="C7D6E0"/>
          <w:left w:val="single" w:sz="5" w:color="C7D6E0"/>
          <w:bottom w:val="single" w:sz="5" w:color="C7D6E0"/>
          <w:right w:val="single" w:sz="5" w:color="C7D6E0"/>
          <w:insideH w:val="single" w:sz="5" w:color="C7D6E0"/>
          <w:insideV w:val="single" w:sz="5" w:color="C7D6E0"/>
        </w:tblBorders>
        <w:tblInd w:w="90" w:type="dxa"/>
        <w:tblW w:w="10432" w:type="dxa"/>
      </w:tblPr>
      <w:tblGrid>
        <w:gridCol w:w="2551"/>
        <w:gridCol w:w="7881"/>
      </w:tblGrid>
      <w:tr>
        <w:trPr>
          <w:cantSplit w:val="1"/>
          <w:tblHeader w:val="1"/>
          <w:trHeight w:val="440" w:hRule="atLeast"/>
        </w:trPr>
        <w:tc>
          <w:tcPr>
            <w:tcW w:type="dxa" w:w="10432"/>
            <w:gridSpan w:val="2"/>
            <w:shd w:fill="00559E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REMARKS</w:t>
            </w:r>
          </w:p>
        </w:tc>
      </w:tr>
      <w:tr>
        <w:trPr>
          <w:cantSplit w:val="1"/>
          <w:trHeight w:val="700" w:hRule="atLeast"/>
        </w:trPr>
        <w:tc>
          <w:tcPr>
            <w:tcW w:type="dxa" w:w="10432"/>
            <w:gridSpan w:val="2"/>
            <w:shd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>
        <w:trPr>
          <w:cantSplit w:val="1"/>
          <w:trHeight w:val="440" w:hRule="atLeast"/>
        </w:trPr>
        <w:tc>
          <w:tcPr>
            <w:tcW w:type="dxa" w:w="2551"/>
            <w:shd w:fill="F4F8FB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Section score</w:t>
            </w:r>
          </w:p>
        </w:tc>
        <w:tc>
          <w:tcPr>
            <w:tcW w:type="dxa" w:w="7881"/>
            <w:shd w:fill="F4F8FB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</w:tbl>
    <w:p>
      <w:pPr>
        <w:keepNext/>
        <w:keepLines/>
        <w:pageBreakBefore/>
        <w:widowControl/>
        <w:spacing w:before="200" w:after="140" w:line="259" w:lineRule="auto"/>
        <w:ind w:left="0" w:right="0" w:firstLine="0"/>
      </w:pPr>
      <w:r>
        <w:rPr>
          <w:rFonts w:ascii="Arial" w:hAnsi="Arial" w:eastAsia="Arial" w:cs="Arial"/>
          <w:b/>
          <w:color w:val="00559E"/>
          <w:sz w:val="24"/>
        </w:rPr>
        <w:t>Section 5 Client special requirements</w:t>
      </w:r>
    </w:p>
    <w:tbl>
      <w:tblPr>
        <w:tblStyle w:val="TableNormal"/>
        <w:tblLayout w:type="fixed"/>
        <w:tblLook w:val="04A0" w:firstRow="1" w:lastRow="0" w:firstColumn="1" w:lastColumn="0" w:noHBand="0" w:noVBand="1"/>
        <w:tblBorders>
          <w:top w:val="single" w:sz="5" w:space="0" w:color="C7D6E0"/>
          <w:left w:val="single" w:sz="5" w:space="0" w:color="C7D6E0"/>
          <w:bottom w:val="single" w:sz="5" w:space="0" w:color="C7D6E0"/>
          <w:right w:val="single" w:sz="5" w:space="0" w:color="C7D6E0"/>
          <w:insideH w:val="single" w:sz="5" w:space="0" w:color="C7D6E0"/>
          <w:insideV w:val="single" w:sz="5" w:space="0" w:color="C7D6E0"/>
        </w:tblBorders>
        <w:tblCellMar>
          <w:top w:w="40" w:type="dxa"/>
          <w:left w:w="90" w:type="dxa"/>
          <w:bottom w:w="40" w:type="dxa"/>
          <w:right w:w="90" w:type="dxa"/>
        </w:tblCellMar>
        <w:jc w:val="left"/>
        <w:tblInd w:w="90" w:type="dxa"/>
        <w:tblW w:w="10432" w:type="dxa"/>
      </w:tblPr>
      <w:tblGrid>
        <w:gridCol w:w="454"/>
        <w:gridCol w:w="9978"/>
      </w:tblGrid>
      <w:tr w:rsidR="00CD49F6" w14:paraId="1EEABDF5" w14:textId="77777777">
        <w:trPr>
          <w:trHeight w:val="540" w:hRule="atLeast"/>
          <w:cantSplit w:val="1"/>
          <w:tblHeader w:val="1"/>
        </w:trPr>
        <w:tc>
          <w:tcPr>
            <w:tcW w:w="10432" w:type="dxa"/>
            <w:gridSpan w:val="2"/>
            <w:shd w:fill="00559E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Section 5 Client’s Special Requirement</w:t>
            </w:r>
          </w:p>
        </w:tc>
      </w:tr>
      <w:tr w:rsidR="00CD49F6" w14:paraId="698C1D02" w14:textId="77777777">
        <w:trPr>
          <w:trHeight w:val="540" w:hRule="atLeast"/>
          <w:cantSplit w:val="1"/>
        </w:trPr>
        <w:tc>
          <w:tcPr>
            <w:tcW w:w="10432" w:type="dxa"/>
            <w:gridSpan w:val="2"/>
            <w:shd w:val="clear" w:color="auto" w:fill="00559E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Special requirement from client</w:t>
            </w:r>
          </w:p>
        </w:tc>
      </w:tr>
      <w:tr w:rsidR="00CD49F6" w14:paraId="54C400A2" w14:textId="77777777">
        <w:trPr>
          <w:trHeight w:val="640" w:hRule="atLeast"/>
          <w:cantSplit w:val="1"/>
        </w:trPr>
        <w:tc>
          <w:tcPr>
            <w:tcW w:w="454" w:type="dxa"/>
            <w:vMerge w:val="restart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1.</w:t>
            </w:r>
          </w:p>
        </w:tc>
        <w:tc>
          <w:tcPr>
            <w:tcW w:w="9978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7058C56B" w14:textId="77777777">
        <w:trPr>
          <w:trHeight w:val="640" w:hRule="atLeast"/>
          <w:cantSplit w:val="1"/>
        </w:trPr>
        <w:tc>
          <w:tcPr>
            <w:tcW w:w="454" w:type="dxa"/>
            <w:vMerge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9978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777F29FA" w14:textId="77777777">
        <w:trPr>
          <w:trHeight w:val="640" w:hRule="atLeast"/>
          <w:cantSplit w:val="1"/>
        </w:trPr>
        <w:tc>
          <w:tcPr>
            <w:tcW w:w="454" w:type="dxa"/>
            <w:vMerge w:val="restart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2.</w:t>
            </w:r>
          </w:p>
        </w:tc>
        <w:tc>
          <w:tcPr>
            <w:tcW w:w="9978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60530433" w14:textId="77777777">
        <w:trPr>
          <w:trHeight w:val="640" w:hRule="atLeast"/>
          <w:cantSplit w:val="1"/>
        </w:trPr>
        <w:tc>
          <w:tcPr>
            <w:tcW w:w="454" w:type="dxa"/>
            <w:vMerge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9978" w:type="dxa"/>
            <w:vAlign w:val="center"/>
            <w:shd w:fill="FFFFFF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36F77D6A" w14:textId="77777777">
        <w:trPr>
          <w:trHeight w:val="640" w:hRule="atLeast"/>
          <w:cantSplit w:val="1"/>
        </w:trPr>
        <w:tc>
          <w:tcPr>
            <w:tcW w:w="454" w:type="dxa"/>
            <w:vMerge w:val="restart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3.</w:t>
            </w:r>
          </w:p>
        </w:tc>
        <w:tc>
          <w:tcPr>
            <w:tcW w:w="9978" w:type="dxa"/>
            <w:vAlign w:val="center"/>
            <w:shd w:fill="F4F8FB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42C1914B" w14:textId="77777777">
        <w:trPr>
          <w:trHeight w:val="640" w:hRule="atLeast"/>
          <w:cantSplit w:val="1"/>
        </w:trPr>
        <w:tc>
          <w:tcPr>
            <w:tcW w:w="454" w:type="dxa"/>
            <w:vMerge/>
            <w:vAlign w:val="center"/>
            <w:shd w:fill="FFFFFF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  <w:tc>
          <w:tcPr>
            <w:tcW w:w="9978" w:type="dxa"/>
            <w:vAlign w:val="center"/>
            <w:shd w:fill="FFFFFF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</w:tbl>
    <w:p>
      <w:pPr>
        <w:keepNext w:val="0"/>
        <w:keepLines/>
        <w:widowControl/>
        <w:spacing w:before="0" w:after="0" w:line="120" w:lineRule="exact"/>
        <w:ind w:left="0" w:right="0" w:firstLine="0"/>
      </w:pPr>
    </w:p>
    <w:tbl>
      <w:tblPr>
        <w:tblStyle w:val="TableNormal"/>
        <w:tblLayout w:type="fixed"/>
        <w:tblLook w:val="04A0" w:firstRow="1" w:lastRow="0" w:firstColumn="1" w:lastColumn="0" w:noHBand="0" w:noVBand="1"/>
        <w:tblBorders>
          <w:top w:val="single" w:sz="5" w:space="0" w:color="C7D6E0"/>
          <w:left w:val="single" w:sz="5" w:space="0" w:color="C7D6E0"/>
          <w:bottom w:val="single" w:sz="5" w:space="0" w:color="C7D6E0"/>
          <w:right w:val="single" w:sz="5" w:space="0" w:color="C7D6E0"/>
          <w:insideH w:val="single" w:sz="5" w:space="0" w:color="C7D6E0"/>
          <w:insideV w:val="single" w:sz="5" w:space="0" w:color="C7D6E0"/>
        </w:tblBorders>
        <w:tblCellMar>
          <w:top w:w="40" w:type="dxa"/>
          <w:left w:w="90" w:type="dxa"/>
          <w:bottom w:w="40" w:type="dxa"/>
          <w:right w:w="90" w:type="dxa"/>
        </w:tblCellMar>
        <w:jc w:val="left"/>
        <w:tblInd w:w="90" w:type="dxa"/>
        <w:tblW w:w="10432" w:type="dxa"/>
      </w:tblPr>
      <w:tblGrid>
        <w:gridCol w:w="5216"/>
        <w:gridCol w:w="2608"/>
        <w:gridCol w:w="2608"/>
      </w:tblGrid>
      <w:tr w:rsidR="00CD49F6" w14:paraId="766021D7" w14:textId="77777777">
        <w:trPr>
          <w:trHeight w:val="453" w:hRule="atLeast"/>
          <w:cantSplit w:val="1"/>
          <w:tblHeader w:val="1"/>
        </w:trPr>
        <w:tc>
          <w:tcPr>
            <w:tcW w:w="10432" w:type="dxa"/>
            <w:gridSpan w:val="3"/>
            <w:shd w:val="clear" w:color="auto" w:fill="00559E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Remark:</w:t>
            </w:r>
          </w:p>
        </w:tc>
      </w:tr>
      <w:tr w:rsidR="00CD49F6" w14:paraId="37E3DDEF" w14:textId="77777777">
        <w:trPr>
          <w:trHeight w:val="1000" w:hRule="atLeast"/>
          <w:cantSplit w:val="1"/>
        </w:trPr>
        <w:tc>
          <w:tcPr>
            <w:tcW w:w="10432" w:type="dxa"/>
            <w:gridSpan w:val="3"/>
            <w:shd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</w:r>
          </w:p>
        </w:tc>
      </w:tr>
      <w:tr w:rsidR="00CD49F6" w14:paraId="1A9BD987" w14:textId="77777777">
        <w:trPr>
          <w:trHeight w:val="453" w:hRule="atLeast"/>
          <w:cantSplit w:val="1"/>
        </w:trPr>
        <w:tc>
          <w:tcPr>
            <w:tcW w:w="7824" w:type="dxa"/>
            <w:gridSpan w:val="2"/>
            <w:shd w:val="clear" w:color="auto" w:fill="00559E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Score:</w:t>
            </w:r>
          </w:p>
        </w:tc>
        <w:tc>
          <w:tcPr>
            <w:tcW w:w="2608" w:type="dxa"/>
            <w:shd w:val="clear" w:color="auto" w:fill="00559E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</w:r>
          </w:p>
        </w:tc>
      </w:tr>
      <w:tr w:rsidR="00CD49F6" w14:paraId="34371467" w14:textId="77777777">
        <w:trPr>
          <w:trHeight w:val="440" w:hRule="atLeast"/>
          <w:cantSplit w:val="1"/>
        </w:trPr>
        <w:tc>
          <w:tcPr>
            <w:tcW w:w="10432" w:type="dxa"/>
            <w:gridSpan w:val="3"/>
            <w:shd w:val="clear" w:color="auto" w:fill="FFFFFF"/>
            <w:vAlign w:val="center"/>
          </w:tcPr>
          <w:p>
            <w:pPr>
              <w:keepNext/>
              <w:keepLines/>
              <w:widowControl/>
              <w:spacing w:before="0" w:after="0" w:line="259" w:lineRule="auto"/>
              <w:ind w:left="0" w:right="0" w:firstLine="0"/>
              <w:jc w:val="left"/>
            </w:pPr>
            <w:r>
              <w:rPr>
                <w:rFonts w:ascii="Arial" w:hAnsi="Arial" w:eastAsia="Arial" w:cs="Arial"/>
                <w:b w:val="0"/>
                <w:color w:val="243746"/>
                <w:sz w:val="18"/>
              </w:rPr>
              <w:t>Photos:</w:t>
            </w:r>
          </w:p>
        </w:tc>
      </w:tr>
      <w:tr w:rsidR="00CD49F6" w14:paraId="395BBE20" w14:textId="77777777">
        <w:tblPrEx>
          <w:tblCellMar>
            <w:left w:w="108" w:type="dxa"/>
            <w:right w:w="108" w:type="dxa"/>
          </w:tblCellMar>
        </w:tblPrEx>
        <w:trPr>
          <w:trHeight w:val="2900" w:hRule="atLeast"/>
          <w:cantSplit w:val="1"/>
        </w:trPr>
        <w:tc>
          <w:tcPr>
            <w:tcW w:w="5216" w:type="dxa"/>
            <w:shd w:fill="FFFFFF"/>
            <w:vAlign w:val="top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</w:pPr>
            <w:r>
              <w:rPr>
                <w:rFonts w:ascii="Arial" w:hAnsi="Arial" w:eastAsia="Arial" w:cs="Arial"/>
                <w:b/>
                <w:color w:val="00559E"/>
                <w:sz w:val="18"/>
              </w:rPr>
              <w:t>Photo 1</w:t>
            </w:r>
          </w:p>
        </w:tc>
        <w:tc>
          <w:tcPr>
            <w:tcW w:w="5216" w:type="dxa"/>
            <w:gridSpan w:val="2"/>
            <w:shd w:fill="FFFFFF"/>
            <w:vAlign w:val="top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</w:pPr>
            <w:r>
              <w:rPr>
                <w:rFonts w:ascii="Arial" w:hAnsi="Arial" w:eastAsia="Arial" w:cs="Arial"/>
                <w:b/>
                <w:color w:val="00559E"/>
                <w:sz w:val="18"/>
              </w:rPr>
              <w:t>Photo 2</w:t>
            </w:r>
          </w:p>
        </w:tc>
      </w:tr>
    </w:tbl>
    <w:p>
      <w:pPr>
        <w:keepNext/>
        <w:keepLines/>
        <w:pageBreakBefore/>
        <w:widowControl/>
        <w:spacing w:before="200" w:after="140" w:line="259" w:lineRule="auto"/>
        <w:ind w:left="0" w:right="0" w:firstLine="0"/>
      </w:pPr>
      <w:r>
        <w:rPr>
          <w:rFonts w:ascii="Arial" w:hAnsi="Arial" w:eastAsia="Arial" w:cs="Arial"/>
          <w:b/>
          <w:color w:val="00559E"/>
          <w:sz w:val="24"/>
        </w:rPr>
        <w:t>Section 6 Supporting documentation</w:t>
      </w:r>
    </w:p>
    <w:tbl>
      <w:tblPr>
        <w:jc w:val="left"/>
        <w:tblLayout w:type="fixed"/>
        <w:tblLook w:firstColumn="1" w:firstRow="1" w:lastColumn="0" w:lastRow="0" w:noHBand="0" w:noVBand="1" w:val="04A0"/>
        <w:tblInd w:w="90" w:type="dxa"/>
        <w:tblW w:w="10432" w:type="dxa"/>
        <w:tblCellMar>
          <w:top w:w="40" w:type="dxa"/>
          <w:bottom w:w="40" w:type="dxa"/>
          <w:left w:w="90" w:type="dxa"/>
          <w:right w:w="90" w:type="dxa"/>
        </w:tblCellMar>
        <w:tblBorders>
          <w:top w:val="single" w:sz="5" w:color="C7D6E0"/>
          <w:left w:val="single" w:sz="5" w:color="C7D6E0"/>
          <w:bottom w:val="single" w:sz="5" w:color="C7D6E0"/>
          <w:right w:val="single" w:sz="5" w:color="C7D6E0"/>
          <w:insideH w:val="single" w:sz="5" w:color="C7D6E0"/>
          <w:insideV w:val="single" w:sz="5" w:color="C7D6E0"/>
        </w:tblBorders>
      </w:tblPr>
      <w:tblGrid>
        <w:gridCol w:w="5216"/>
        <w:gridCol w:w="5216"/>
      </w:tblGrid>
      <w:tr>
        <w:trPr>
          <w:cantSplit w:val="1"/>
          <w:tblHeader w:val="1"/>
          <w:trHeight w:val="440" w:hRule="atLeast"/>
        </w:trPr>
        <w:tc>
          <w:tcPr>
            <w:tcW w:type="dxa" w:w="10432"/>
            <w:gridSpan w:val="2"/>
            <w:shd w:fill="00559E"/>
            <w:vAlign w:val="center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  <w:jc w:val="center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SUPPORTING PHOTOGRAPHS AND DOCUMENTS</w:t>
            </w:r>
          </w:p>
        </w:tc>
      </w:tr>
      <w:tr>
        <w:trPr>
          <w:cantSplit w:val="1"/>
          <w:trHeight w:val="3000" w:hRule="atLeast"/>
        </w:trPr>
        <w:tc>
          <w:tcPr>
            <w:tcW w:type="dxa" w:w="5216"/>
            <w:shd w:fill="FFFFFF"/>
            <w:vAlign w:val="top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</w:pPr>
            <w:r>
              <w:rPr>
                <w:rFonts w:ascii="Arial" w:hAnsi="Arial" w:eastAsia="Arial" w:cs="Arial"/>
                <w:b/>
                <w:color w:val="00559E"/>
                <w:sz w:val="18"/>
              </w:rPr>
              <w:t>Photo 1</w:t>
            </w:r>
          </w:p>
        </w:tc>
        <w:tc>
          <w:tcPr>
            <w:tcW w:type="dxa" w:w="5216"/>
            <w:shd w:fill="FFFFFF"/>
            <w:vAlign w:val="top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</w:pPr>
            <w:r>
              <w:rPr>
                <w:rFonts w:ascii="Arial" w:hAnsi="Arial" w:eastAsia="Arial" w:cs="Arial"/>
                <w:b/>
                <w:color w:val="00559E"/>
                <w:sz w:val="18"/>
              </w:rPr>
              <w:t>Photo 2</w:t>
            </w:r>
          </w:p>
        </w:tc>
      </w:tr>
      <w:tr>
        <w:trPr>
          <w:cantSplit w:val="1"/>
          <w:trHeight w:val="3000" w:hRule="atLeast"/>
        </w:trPr>
        <w:tc>
          <w:tcPr>
            <w:tcW w:type="dxa" w:w="5216"/>
            <w:shd w:fill="FFFFFF"/>
            <w:vAlign w:val="top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</w:pPr>
            <w:r>
              <w:rPr>
                <w:rFonts w:ascii="Arial" w:hAnsi="Arial" w:eastAsia="Arial" w:cs="Arial"/>
                <w:b/>
                <w:color w:val="00559E"/>
                <w:sz w:val="18"/>
              </w:rPr>
              <w:t>Photo 3</w:t>
            </w:r>
          </w:p>
        </w:tc>
        <w:tc>
          <w:tcPr>
            <w:tcW w:type="dxa" w:w="5216"/>
            <w:shd w:fill="FFFFFF"/>
            <w:vAlign w:val="top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</w:pPr>
            <w:r>
              <w:rPr>
                <w:rFonts w:ascii="Arial" w:hAnsi="Arial" w:eastAsia="Arial" w:cs="Arial"/>
                <w:b/>
                <w:color w:val="00559E"/>
                <w:sz w:val="18"/>
              </w:rPr>
              <w:t>Photo 4</w:t>
            </w:r>
          </w:p>
        </w:tc>
      </w:tr>
      <w:tr>
        <w:trPr>
          <w:cantSplit w:val="1"/>
          <w:trHeight w:val="3000" w:hRule="atLeast"/>
        </w:trPr>
        <w:tc>
          <w:tcPr>
            <w:tcW w:type="dxa" w:w="5216"/>
            <w:shd w:fill="FFFFFF"/>
            <w:vAlign w:val="top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</w:pPr>
            <w:r>
              <w:rPr>
                <w:rFonts w:ascii="Arial" w:hAnsi="Arial" w:eastAsia="Arial" w:cs="Arial"/>
                <w:b/>
                <w:color w:val="00559E"/>
                <w:sz w:val="18"/>
              </w:rPr>
              <w:t>Photo 5</w:t>
            </w:r>
          </w:p>
        </w:tc>
        <w:tc>
          <w:tcPr>
            <w:tcW w:type="dxa" w:w="5216"/>
            <w:shd w:fill="FFFFFF"/>
            <w:vAlign w:val="top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</w:pPr>
            <w:r>
              <w:rPr>
                <w:rFonts w:ascii="Arial" w:hAnsi="Arial" w:eastAsia="Arial" w:cs="Arial"/>
                <w:b/>
                <w:color w:val="00559E"/>
                <w:sz w:val="18"/>
              </w:rPr>
              <w:t>Photo 6</w:t>
            </w:r>
          </w:p>
        </w:tc>
      </w:tr>
      <w:tr>
        <w:trPr>
          <w:cantSplit w:val="1"/>
          <w:trHeight w:val="3000" w:hRule="atLeast"/>
        </w:trPr>
        <w:tc>
          <w:tcPr>
            <w:tcW w:type="dxa" w:w="5216"/>
            <w:shd w:fill="FFFFFF"/>
            <w:vAlign w:val="top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</w:pPr>
            <w:r>
              <w:rPr>
                <w:rFonts w:ascii="Arial" w:hAnsi="Arial" w:eastAsia="Arial" w:cs="Arial"/>
                <w:b/>
                <w:color w:val="00559E"/>
                <w:sz w:val="18"/>
              </w:rPr>
              <w:t>Photo 7</w:t>
            </w:r>
          </w:p>
        </w:tc>
        <w:tc>
          <w:tcPr>
            <w:tcW w:type="dxa" w:w="5216"/>
            <w:shd w:fill="FFFFFF"/>
            <w:vAlign w:val="top"/>
          </w:tcPr>
          <w:p>
            <w:pPr>
              <w:keepNext w:val="0"/>
              <w:keepLines/>
              <w:widowControl/>
              <w:spacing w:before="0" w:after="0" w:line="259" w:lineRule="auto"/>
              <w:ind w:left="0" w:right="0" w:firstLine="0"/>
            </w:pPr>
            <w:r>
              <w:rPr>
                <w:rFonts w:ascii="Arial" w:hAnsi="Arial" w:eastAsia="Arial" w:cs="Arial"/>
                <w:b/>
                <w:color w:val="00559E"/>
                <w:sz w:val="18"/>
              </w:rPr>
              <w:t>Photo 8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587" w:right="737" w:bottom="1191" w:left="737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keepLines/>
      <w:widowControl/>
      <w:tabs>
        <w:tab w:pos="10431" w:val="right"/>
      </w:tabs>
      <w:spacing w:before="0" w:after="0" w:line="259" w:lineRule="auto"/>
      <w:ind w:left="0" w:right="0" w:firstLine="0"/>
    </w:pPr>
    <w:r>
      <w:rPr>
        <w:rFonts w:ascii="Arial" w:hAnsi="Arial" w:eastAsia="Arial" w:cs="Arial"/>
        <w:b w:val="0"/>
        <w:color w:val="647887"/>
        <w:sz w:val="16"/>
      </w:rPr>
      <w:t>HunterSourcing  |  huntersourcing.com</w:t>
    </w:r>
    <w:r>
      <w:rPr>
        <w:rFonts w:ascii="Arial" w:hAnsi="Arial" w:eastAsia="Arial" w:cs="Arial"/>
        <w:b w:val="0"/>
        <w:color w:val="647887"/>
        <w:sz w:val="16"/>
      </w:rPr>
      <w:tab/>
      <w:t xml:space="preserve">Page </w:t>
    </w:r>
    <w:r/>
    <w:fldSimple w:instr="PAGE"/>
    <w:r>
      <w:rPr>
        <w:rFonts w:ascii="Arial" w:hAnsi="Arial" w:eastAsia="Arial" w:cs="Arial"/>
        <w:b w:val="0"/>
        <w:color w:val="647887"/>
        <w:sz w:val="16"/>
      </w:rPr>
      <w:t xml:space="preserve"> of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keepLines/>
      <w:widowControl/>
      <w:tabs>
        <w:tab w:pos="5216" w:val="center"/>
      </w:tabs>
      <w:spacing w:before="0" w:after="100" w:line="259" w:lineRule="auto"/>
      <w:ind w:left="0" w:right="0" w:firstLine="0"/>
    </w:pPr>
    <w:r>
      <w:rPr>
        <w:rFonts w:ascii="Arial" w:hAnsi="Arial" w:eastAsia="Arial" w:cs="Arial"/>
        <w:b/>
        <w:color w:val="000000"/>
        <w:sz w:val="40"/>
      </w:rPr>
      <w:drawing>
        <wp:inline xmlns:a="http://schemas.openxmlformats.org/drawingml/2006/main" xmlns:pic="http://schemas.openxmlformats.org/drawingml/2006/picture">
          <wp:extent cx="1368000" cy="27189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8000" cy="27189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000000"/>
        <w:sz w:val="40"/>
      </w:rPr>
      <w:tab/>
      <w:t>Factory Audit Report</w:t>
    </w:r>
  </w:p>
  <w:p>
    <w:pPr>
      <w:keepNext w:val="0"/>
      <w:keepLines/>
      <w:widowControl/>
      <w:tabs>
        <w:tab w:pos="5669" w:val="left"/>
      </w:tabs>
      <w:spacing w:before="0" w:after="0" w:line="259" w:lineRule="auto"/>
      <w:ind w:left="0" w:right="0" w:firstLine="0"/>
    </w:pPr>
    <w:r>
      <w:rPr>
        <w:rFonts w:ascii="Arial" w:hAnsi="Arial" w:eastAsia="Arial" w:cs="Arial"/>
        <w:b/>
        <w:color w:val="243746"/>
        <w:sz w:val="18"/>
      </w:rPr>
      <w:t xml:space="preserve">Report Number: </w:t>
    </w:r>
    <w:r>
      <w:rPr>
        <w:rFonts w:ascii="Arial" w:hAnsi="Arial" w:eastAsia="Arial" w:cs="Arial"/>
        <w:b w:val="0"/>
        <w:color w:val="243746"/>
        <w:sz w:val="18"/>
      </w:rPr>
      <w:t>_______________________________</w:t>
    </w:r>
    <w:r>
      <w:rPr>
        <w:rFonts w:ascii="Arial" w:hAnsi="Arial" w:eastAsia="Arial" w:cs="Arial"/>
        <w:b/>
        <w:color w:val="243746"/>
        <w:sz w:val="18"/>
      </w:rPr>
      <w:tab/>
      <w:t xml:space="preserve">Report Date: </w:t>
    </w:r>
    <w:r>
      <w:rPr>
        <w:rFonts w:ascii="Arial" w:hAnsi="Arial" w:eastAsia="Arial" w:cs="Arial"/>
        <w:b w:val="0"/>
        <w:color w:val="243746"/>
        <w:sz w:val="18"/>
      </w:rPr>
      <w:t>______________________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keepLines/>
      <w:spacing w:after="0" w:line="259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HunterSourcing Factory Audit Report</dc:title>
  <dc:subject/>
  <dc:creator>HunterSourcing</dc:creator>
  <cp:keywords/>
  <dc:description>Blank report template for user review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