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pageBreakBefore w:val="0"/>
        <w:widowControl/>
        <w:spacing w:before="200" w:after="140" w:line="259" w:lineRule="auto"/>
        <w:ind w:left="0" w:right="0" w:firstLine="0"/>
      </w:pPr>
      <w:r>
        <w:rPr>
          <w:rFonts w:ascii="Arial" w:hAnsi="Arial" w:eastAsia="Arial" w:cs="Arial"/>
          <w:b/>
          <w:color w:val="00559E"/>
          <w:sz w:val="24"/>
        </w:rPr>
        <w:t>1 General information</w:t>
      </w:r>
    </w:p>
    <w:tbl>
      <w:tblPr>
        <w:tblStyle w:val="TableNormal"/>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40" w:type="dxa"/>
          <w:left w:w="90" w:type="dxa"/>
          <w:bottom w:w="40" w:type="dxa"/>
          <w:right w:w="90" w:type="dxa"/>
        </w:tblCellMar>
        <w:jc w:val="left"/>
        <w:tblInd w:w="90" w:type="dxa"/>
        <w:tblW w:w="10432" w:type="dxa"/>
      </w:tblPr>
      <w:tblGrid>
        <w:gridCol w:w="1814"/>
        <w:gridCol w:w="3402"/>
        <w:gridCol w:w="2154"/>
        <w:gridCol w:w="3062"/>
      </w:tblGrid>
      <w:tr w:rsidR="003C0E12" w14:paraId="07BAB5AC" w14:textId="77777777" w:rsidTr="003F0888">
        <w:trPr>
          <w:trHeight w:val="440" w:hRule="atLeast"/>
          <w:cantSplit w:val="1"/>
          <w:tblHeader w:val="1"/>
        </w:trPr>
        <w:tc>
          <w:tcPr>
            <w:tcW w:w="1814" w:type="dxa"/>
            <w:shd w:fill="00559E"/>
            <w:vAlign w:val="center"/>
          </w:tcPr>
          <w:p>
            <w:pPr>
              <w:keepNext/>
              <w:keepLines/>
              <w:widowControl/>
              <w:spacing w:before="0" w:after="0" w:line="259" w:lineRule="auto"/>
              <w:ind w:left="0" w:right="0" w:firstLine="0"/>
            </w:pPr>
            <w:r>
              <w:rPr>
                <w:rFonts w:ascii="Arial" w:hAnsi="Arial" w:eastAsia="Arial" w:cs="Arial"/>
                <w:b/>
                <w:color w:val="FFFFFF"/>
                <w:sz w:val="18"/>
              </w:rPr>
              <w:t>Inspection Number</w:t>
            </w:r>
          </w:p>
        </w:tc>
        <w:tc>
          <w:tcPr>
            <w:tcW w:w="3402" w:type="dxa"/>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r>
          </w:p>
        </w:tc>
        <w:tc>
          <w:tcPr>
            <w:tcW w:w="2154" w:type="dxa"/>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t>Inspection Report Date</w:t>
            </w:r>
          </w:p>
        </w:tc>
        <w:tc>
          <w:tcPr>
            <w:tcW w:w="3062" w:type="dxa"/>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r>
          </w:p>
        </w:tc>
      </w:tr>
      <w:tr w:rsidR="003C0E12" w14:paraId="47A1529D" w14:textId="77777777" w:rsidTr="003F0888">
        <w:trPr>
          <w:trHeight w:val="440" w:hRule="atLeast"/>
          <w:cantSplit w:val="1"/>
        </w:trPr>
        <w:tc>
          <w:tcPr>
            <w:tcW w:w="1814"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Inspection Begin Date</w:t>
            </w:r>
          </w:p>
        </w:tc>
        <w:tc>
          <w:tcPr>
            <w:tcW w:w="340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c>
          <w:tcPr>
            <w:tcW w:w="2154"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Inspection End Date</w:t>
            </w:r>
          </w:p>
        </w:tc>
        <w:tc>
          <w:tcPr>
            <w:tcW w:w="306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306BB633" w14:textId="77777777" w:rsidTr="003F0888">
        <w:trPr>
          <w:trHeight w:val="440" w:hRule="atLeast"/>
          <w:cantSplit w:val="1"/>
        </w:trPr>
        <w:tc>
          <w:tcPr>
            <w:tcW w:w="5216"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t>To:</w:t>
            </w:r>
          </w:p>
        </w:tc>
        <w:tc>
          <w:tcPr>
            <w:tcW w:w="5216"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t>From:</w:t>
            </w:r>
          </w:p>
        </w:tc>
      </w:tr>
      <w:tr w:rsidR="003C0E12" w14:paraId="4FAD00E3" w14:textId="77777777" w:rsidTr="003F0888">
        <w:trPr>
          <w:trHeight w:val="440" w:hRule="atLeast"/>
          <w:cantSplit w:val="1"/>
        </w:trPr>
        <w:tc>
          <w:tcPr>
            <w:tcW w:w="5216" w:type="dxa"/>
            <w:gridSpan w:val="2"/>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t>Email:</w:t>
            </w:r>
          </w:p>
        </w:tc>
        <w:tc>
          <w:tcPr>
            <w:tcW w:w="5216" w:type="dxa"/>
            <w:gridSpan w:val="2"/>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t>E-mail:</w:t>
            </w:r>
          </w:p>
        </w:tc>
      </w:tr>
    </w:tbl>
    <w:p>
      <w:pPr>
        <w:keepNext w:val="0"/>
        <w:keepLines/>
        <w:widowControl/>
        <w:spacing w:before="0" w:after="0" w:line="120" w:lineRule="exact"/>
        <w:ind w:left="0" w:right="0" w:firstLine="0"/>
      </w:pPr>
    </w:p>
    <w:tbl>
      <w:tblPr>
        <w:tblStyle w:val="TableNormal"/>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40" w:type="dxa"/>
          <w:left w:w="90" w:type="dxa"/>
          <w:bottom w:w="40" w:type="dxa"/>
          <w:right w:w="90" w:type="dxa"/>
        </w:tblCellMar>
        <w:jc w:val="left"/>
        <w:tblInd w:w="90" w:type="dxa"/>
        <w:tblW w:w="10432" w:type="dxa"/>
      </w:tblPr>
      <w:tblGrid>
        <w:gridCol w:w="2325"/>
        <w:gridCol w:w="3345"/>
        <w:gridCol w:w="2268"/>
        <w:gridCol w:w="2494"/>
      </w:tblGrid>
      <w:tr w:rsidR="003C0E12" w14:paraId="181EBCF5" w14:textId="77777777">
        <w:trPr>
          <w:trHeight w:val="400" w:hRule="atLeast"/>
          <w:cantSplit w:val="1"/>
          <w:tblHeader w:val="1"/>
        </w:trPr>
        <w:tc>
          <w:tcPr>
            <w:tcW w:w="2325" w:type="dxa"/>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t>Inspection Partner</w:t>
            </w:r>
          </w:p>
        </w:tc>
        <w:tc>
          <w:tcPr>
            <w:tcW w:w="3345" w:type="dxa"/>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r>
          </w:p>
        </w:tc>
        <w:tc>
          <w:tcPr>
            <w:tcW w:w="4762" w:type="dxa"/>
            <w:gridSpan w:val="2"/>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t>Product family photo</w:t>
            </w:r>
          </w:p>
        </w:tc>
      </w:tr>
      <w:tr w:rsidR="003C0E12" w14:paraId="15B31316" w14:textId="77777777">
        <w:trPr>
          <w:trHeight w:val="400" w:hRule="atLeast"/>
          <w:cantSplit w:val="1"/>
        </w:trPr>
        <w:tc>
          <w:tcPr>
            <w:tcW w:w="232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Inspection Partner File No.</w:t>
            </w:r>
          </w:p>
        </w:tc>
        <w:tc>
          <w:tcPr>
            <w:tcW w:w="334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c>
          <w:tcPr>
            <w:tcW w:w="4762" w:type="dxa"/>
            <w:gridSpan w:val="2"/>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1BC82AEA" w14:textId="77777777">
        <w:trPr>
          <w:trHeight w:val="400" w:hRule="atLeast"/>
          <w:cantSplit w:val="1"/>
        </w:trPr>
        <w:tc>
          <w:tcPr>
            <w:tcW w:w="232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t>Inspection Partner Office</w:t>
            </w:r>
          </w:p>
        </w:tc>
        <w:tc>
          <w:tcPr>
            <w:tcW w:w="334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c>
          <w:tcPr>
            <w:tcW w:w="4762" w:type="dxa"/>
            <w:gridSpan w:val="2"/>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2D985FB6" w14:textId="77777777">
        <w:trPr>
          <w:trHeight w:val="400" w:hRule="atLeast"/>
          <w:cantSplit w:val="1"/>
        </w:trPr>
        <w:tc>
          <w:tcPr>
            <w:tcW w:w="232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Client</w:t>
            </w:r>
          </w:p>
        </w:tc>
        <w:tc>
          <w:tcPr>
            <w:tcW w:w="334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c>
          <w:tcPr>
            <w:tcW w:w="4762" w:type="dxa"/>
            <w:gridSpan w:val="2"/>
            <w:vMerge/>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721B0A4A" w14:textId="77777777">
        <w:trPr>
          <w:trHeight w:val="400" w:hRule="atLeast"/>
          <w:cantSplit w:val="1"/>
        </w:trPr>
        <w:tc>
          <w:tcPr>
            <w:tcW w:w="232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t>HunterSourcing Company</w:t>
            </w:r>
          </w:p>
        </w:tc>
        <w:tc>
          <w:tcPr>
            <w:tcW w:w="334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c>
          <w:tcPr>
            <w:tcW w:w="4762" w:type="dxa"/>
            <w:gridSpan w:val="2"/>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52893899" w14:textId="77777777">
        <w:trPr>
          <w:trHeight w:val="400" w:hRule="atLeast"/>
          <w:cantSplit w:val="1"/>
        </w:trPr>
        <w:tc>
          <w:tcPr>
            <w:tcW w:w="232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Merchandiser Name</w:t>
            </w:r>
          </w:p>
        </w:tc>
        <w:tc>
          <w:tcPr>
            <w:tcW w:w="334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c>
          <w:tcPr>
            <w:tcW w:w="4762" w:type="dxa"/>
            <w:gridSpan w:val="2"/>
            <w:vMerge/>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5149B015" w14:textId="77777777">
        <w:trPr>
          <w:trHeight w:val="400" w:hRule="atLeast"/>
          <w:cantSplit w:val="1"/>
        </w:trPr>
        <w:tc>
          <w:tcPr>
            <w:tcW w:w="232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t>Vendor</w:t>
            </w:r>
          </w:p>
        </w:tc>
        <w:tc>
          <w:tcPr>
            <w:tcW w:w="334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c>
          <w:tcPr>
            <w:tcW w:w="4762" w:type="dxa"/>
            <w:gridSpan w:val="2"/>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69A05653" w14:textId="77777777">
        <w:trPr>
          <w:trHeight w:val="400" w:hRule="atLeast"/>
          <w:cantSplit w:val="1"/>
        </w:trPr>
        <w:tc>
          <w:tcPr>
            <w:tcW w:w="232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Factory</w:t>
            </w:r>
          </w:p>
        </w:tc>
        <w:tc>
          <w:tcPr>
            <w:tcW w:w="334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c>
          <w:tcPr>
            <w:tcW w:w="4762" w:type="dxa"/>
            <w:gridSpan w:val="2"/>
            <w:vMerge/>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52910F94" w14:textId="77777777">
        <w:trPr>
          <w:trHeight w:val="400" w:hRule="atLeast"/>
          <w:cantSplit w:val="1"/>
        </w:trPr>
        <w:tc>
          <w:tcPr>
            <w:tcW w:w="232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t>Inspection Location City</w:t>
            </w:r>
          </w:p>
        </w:tc>
        <w:tc>
          <w:tcPr>
            <w:tcW w:w="334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c>
          <w:tcPr>
            <w:tcW w:w="4762" w:type="dxa"/>
            <w:gridSpan w:val="2"/>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745EA87A" w14:textId="77777777">
        <w:trPr>
          <w:trHeight w:val="400" w:hRule="atLeast"/>
          <w:cantSplit w:val="1"/>
        </w:trPr>
        <w:tc>
          <w:tcPr>
            <w:tcW w:w="232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Inspection Location Country</w:t>
            </w:r>
          </w:p>
        </w:tc>
        <w:tc>
          <w:tcPr>
            <w:tcW w:w="334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c>
          <w:tcPr>
            <w:tcW w:w="4762" w:type="dxa"/>
            <w:gridSpan w:val="2"/>
            <w:vMerge/>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35533A49" w14:textId="77777777">
        <w:trPr>
          <w:trHeight w:val="400" w:hRule="atLeast"/>
          <w:cantSplit w:val="1"/>
        </w:trPr>
        <w:tc>
          <w:tcPr>
            <w:tcW w:w="232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t>Previous inspection No. (only</w:t>
              <w:br/>
              <w:t>for RE-FRI)</w:t>
            </w:r>
          </w:p>
        </w:tc>
        <w:tc>
          <w:tcPr>
            <w:tcW w:w="334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c>
          <w:tcPr>
            <w:tcW w:w="4762" w:type="dxa"/>
            <w:gridSpan w:val="2"/>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51B1014B" w14:textId="77777777">
        <w:trPr>
          <w:trHeight w:val="400" w:hRule="atLeast"/>
          <w:cantSplit w:val="1"/>
        </w:trPr>
        <w:tc>
          <w:tcPr>
            <w:tcW w:w="232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Style No.</w:t>
            </w:r>
          </w:p>
        </w:tc>
        <w:tc>
          <w:tcPr>
            <w:tcW w:w="334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c>
          <w:tcPr>
            <w:tcW w:w="2268"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Size</w:t>
            </w:r>
          </w:p>
        </w:tc>
        <w:tc>
          <w:tcPr>
            <w:tcW w:w="2494"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5C8A511C" w14:textId="77777777">
        <w:trPr>
          <w:trHeight w:val="400" w:hRule="atLeast"/>
          <w:cantSplit w:val="1"/>
        </w:trPr>
        <w:tc>
          <w:tcPr>
            <w:tcW w:w="232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t>Product Type</w:t>
            </w:r>
          </w:p>
        </w:tc>
        <w:tc>
          <w:tcPr>
            <w:tcW w:w="334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c>
          <w:tcPr>
            <w:tcW w:w="2268"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t>Color</w:t>
            </w:r>
          </w:p>
        </w:tc>
        <w:tc>
          <w:tcPr>
            <w:tcW w:w="2494"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22B693FD" w14:textId="77777777">
        <w:trPr>
          <w:trHeight w:val="400" w:hRule="atLeast"/>
          <w:cantSplit w:val="1"/>
        </w:trPr>
        <w:tc>
          <w:tcPr>
            <w:tcW w:w="232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Product description</w:t>
            </w:r>
          </w:p>
        </w:tc>
        <w:tc>
          <w:tcPr>
            <w:tcW w:w="8107" w:type="dxa"/>
            <w:gridSpan w:val="3"/>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2A7063BB" w14:textId="77777777">
        <w:trPr>
          <w:trHeight w:val="400" w:hRule="atLeast"/>
          <w:cantSplit w:val="1"/>
        </w:trPr>
        <w:tc>
          <w:tcPr>
            <w:tcW w:w="232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t>P.O. No.</w:t>
            </w:r>
          </w:p>
        </w:tc>
        <w:tc>
          <w:tcPr>
            <w:tcW w:w="334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c>
          <w:tcPr>
            <w:tcW w:w="2268"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t>Service requested</w:t>
            </w:r>
          </w:p>
        </w:tc>
        <w:tc>
          <w:tcPr>
            <w:tcW w:w="2494"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0761B27C" w14:textId="77777777">
        <w:trPr>
          <w:trHeight w:val="400" w:hRule="atLeast"/>
          <w:cantSplit w:val="1"/>
        </w:trPr>
        <w:tc>
          <w:tcPr>
            <w:tcW w:w="5670"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PO#, Actual inspected No. of style / Total No. of Styles on PO</w:t>
            </w:r>
          </w:p>
        </w:tc>
        <w:tc>
          <w:tcPr>
            <w:tcW w:w="4762"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69FF6E91" w14:textId="77777777">
        <w:trPr>
          <w:trHeight w:val="400" w:hRule="atLeast"/>
          <w:cantSplit w:val="1"/>
        </w:trPr>
        <w:tc>
          <w:tcPr>
            <w:tcW w:w="232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t>Combined sampling</w:t>
            </w:r>
          </w:p>
        </w:tc>
        <w:tc>
          <w:tcPr>
            <w:tcW w:w="334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c>
          <w:tcPr>
            <w:tcW w:w="2268"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t>Inspection booking date</w:t>
              <w:br/>
              <w:t>(if needed)</w:t>
            </w:r>
          </w:p>
        </w:tc>
        <w:tc>
          <w:tcPr>
            <w:tcW w:w="2494"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5BB785F6" w14:textId="77777777">
        <w:trPr>
          <w:trHeight w:val="400" w:hRule="atLeast"/>
          <w:cantSplit w:val="1"/>
        </w:trPr>
        <w:tc>
          <w:tcPr>
            <w:tcW w:w="2325" w:type="dxa"/>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t>Comments On Lab Test Report</w:t>
            </w:r>
          </w:p>
        </w:tc>
        <w:tc>
          <w:tcPr>
            <w:tcW w:w="8107" w:type="dxa"/>
            <w:gridSpan w:val="3"/>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t>Test Report Number # ☐ Pass ☐ No pass, but approved for inspection through E-mail ☐ N/A</w:t>
            </w:r>
          </w:p>
        </w:tc>
      </w:tr>
    </w:tbl>
    <w:p>
      <w:pPr>
        <w:keepNext w:val="0"/>
        <w:keepLines/>
        <w:widowControl/>
        <w:spacing w:before="0" w:after="0" w:line="120" w:lineRule="exact"/>
        <w:ind w:left="0" w:right="0" w:firstLine="0"/>
      </w:pPr>
    </w:p>
    <w:tbl>
      <w:tblPr>
        <w:jc w:val="left"/>
        <w:tblLayout w:type="fixed"/>
        <w:tblLook w:firstColumn="1" w:firstRow="1" w:lastColumn="0" w:lastRow="0" w:noHBand="0" w:noVBand="1" w:val="04A0"/>
        <w:tblInd w:w="90" w:type="dxa"/>
        <w:tblW w:w="10432" w:type="dxa"/>
        <w:tblCellMar>
          <w:top w:w="40" w:type="dxa"/>
          <w:bottom w:w="40" w:type="dxa"/>
          <w:left w:w="90" w:type="dxa"/>
          <w:right w:w="90" w:type="dxa"/>
        </w:tblCellMar>
        <w:tblBorders>
          <w:top w:val="single" w:sz="5" w:color="C7D6E0"/>
          <w:left w:val="single" w:sz="5" w:color="C7D6E0"/>
          <w:bottom w:val="single" w:sz="5" w:color="C7D6E0"/>
          <w:right w:val="single" w:sz="5" w:color="C7D6E0"/>
          <w:insideH w:val="single" w:sz="5" w:color="C7D6E0"/>
          <w:insideV w:val="single" w:sz="5" w:color="C7D6E0"/>
        </w:tblBorders>
      </w:tblPr>
      <w:tblGrid>
        <w:gridCol w:w="10432"/>
      </w:tblGrid>
      <w:tr>
        <w:trPr>
          <w:cantSplit w:val="1"/>
          <w:tblHeader w:val="1"/>
          <w:trHeight w:val="440" w:hRule="atLeast"/>
        </w:trPr>
        <w:tc>
          <w:tcPr>
            <w:tcW w:type="dxa" w:w="10432"/>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t>OVERALL INSPECTION REPORT RESULT</w:t>
            </w:r>
          </w:p>
        </w:tc>
      </w:tr>
      <w:tr>
        <w:trPr>
          <w:cantSplit w:val="1"/>
          <w:trHeight w:val="540" w:hRule="atLeast"/>
        </w:trPr>
        <w:tc>
          <w:tcPr>
            <w:tcW w:type="dxa" w:w="10432"/>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t>Result: ____________________    Reviewed by: ____________________</w:t>
            </w:r>
          </w:p>
        </w:tc>
      </w:tr>
    </w:tbl>
    <w:p>
      <w:pPr>
        <w:keepNext/>
        <w:keepLines/>
        <w:pageBreakBefore/>
        <w:widowControl/>
        <w:spacing w:before="200" w:after="140" w:line="259" w:lineRule="auto"/>
        <w:ind w:left="0" w:right="0" w:firstLine="0"/>
      </w:pPr>
      <w:r>
        <w:rPr>
          <w:rFonts w:ascii="Arial" w:hAnsi="Arial" w:eastAsia="Arial" w:cs="Arial"/>
          <w:b/>
          <w:color w:val="00559E"/>
          <w:sz w:val="24"/>
        </w:rPr>
        <w:t>2 Quantity and inspection results</w:t>
      </w:r>
    </w:p>
    <w:p>
      <w:pPr>
        <w:keepNext/>
        <w:keepLines/>
        <w:widowControl/>
        <w:spacing w:before="0" w:after="100" w:line="259" w:lineRule="auto"/>
        <w:ind w:left="0" w:right="0" w:firstLine="0"/>
      </w:pPr>
      <w:r>
        <w:rPr>
          <w:rFonts w:ascii="Arial" w:hAnsi="Arial" w:eastAsia="Arial" w:cs="Arial"/>
          <w:b w:val="0"/>
          <w:color w:val="243746"/>
          <w:sz w:val="16"/>
        </w:rPr>
        <w:t>For combined sampling, record the style numbers and their individual quantities in the same row.</w:t>
      </w:r>
    </w:p>
    <w:tbl>
      <w:tblPr>
        <w:tblStyle w:val="TableNormal"/>
        <w:jc w:val="left"/>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30" w:type="dxa"/>
          <w:left w:w="90" w:type="dxa"/>
          <w:bottom w:w="30" w:type="dxa"/>
          <w:right w:w="90" w:type="dxa"/>
        </w:tblCellMar>
        <w:tblInd w:w="90" w:type="dxa"/>
        <w:tblW w:w="10432" w:type="dxa"/>
      </w:tblPr>
      <w:tblGrid>
        <w:gridCol w:w="1429"/>
        <w:gridCol w:w="1242"/>
        <w:gridCol w:w="1117"/>
        <w:gridCol w:w="1678"/>
        <w:gridCol w:w="743"/>
        <w:gridCol w:w="624"/>
        <w:gridCol w:w="743"/>
        <w:gridCol w:w="624"/>
        <w:gridCol w:w="805"/>
        <w:gridCol w:w="805"/>
        <w:gridCol w:w="622"/>
      </w:tblGrid>
      <w:tr w:rsidR="003C0E12" w14:paraId="0993CD49" w14:textId="77777777">
        <w:trPr>
          <w:trHeight w:val="400" w:hRule="atLeast"/>
          <w:cantSplit w:val="1"/>
          <w:tblHeader w:val="1"/>
        </w:trPr>
        <w:tc>
          <w:tcPr>
            <w:tcW w:w="1429" w:type="dxa"/>
            <w:vMerge w:val="restart"/>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6"/>
              </w:rPr>
              <w:t>Style No.</w:t>
            </w:r>
          </w:p>
        </w:tc>
        <w:tc>
          <w:tcPr>
            <w:tcW w:w="1242" w:type="dxa"/>
            <w:vMerge w:val="restart"/>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6"/>
              </w:rPr>
              <w:t>PO No.</w:t>
            </w:r>
          </w:p>
        </w:tc>
        <w:tc>
          <w:tcPr>
            <w:tcW w:w="1117" w:type="dxa"/>
            <w:vMerge w:val="restart"/>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6"/>
              </w:rPr>
              <w:t>Order Qty.</w:t>
            </w:r>
          </w:p>
        </w:tc>
        <w:tc>
          <w:tcPr>
            <w:tcW w:w="1678" w:type="dxa"/>
            <w:vMerge w:val="restart"/>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6"/>
              </w:rPr>
              <w:t>Shipment Qty.</w:t>
            </w:r>
          </w:p>
        </w:tc>
        <w:tc>
          <w:tcPr>
            <w:tcW w:w="1367" w:type="dxa"/>
            <w:gridSpan w:val="2"/>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6"/>
              </w:rPr>
              <w:t>Presented Qty. for</w:t>
              <w:br/>
              <w:t>inspection</w:t>
            </w:r>
          </w:p>
        </w:tc>
        <w:tc>
          <w:tcPr>
            <w:tcW w:w="3599" w:type="dxa"/>
            <w:gridSpan w:val="5"/>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6"/>
              </w:rPr>
              <w:t>Inspection Qty.</w:t>
            </w:r>
          </w:p>
        </w:tc>
      </w:tr>
      <w:tr w:rsidR="003C0E12" w14:paraId="127E81FB" w14:textId="77777777">
        <w:trPr>
          <w:trHeight w:val="400" w:hRule="atLeast"/>
          <w:cantSplit w:val="1"/>
          <w:tblHeader w:val="1"/>
        </w:trPr>
        <w:tc>
          <w:tcPr>
            <w:tcW w:w="1429" w:type="dxa"/>
            <w:vMerge/>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242" w:type="dxa"/>
            <w:vMerge/>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17" w:type="dxa"/>
            <w:vMerge/>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678" w:type="dxa"/>
            <w:vMerge/>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743"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Units</w:t>
            </w:r>
          </w:p>
        </w:tc>
        <w:tc>
          <w:tcPr>
            <w:tcW w:w="624"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w:t>
            </w:r>
          </w:p>
        </w:tc>
        <w:tc>
          <w:tcPr>
            <w:tcW w:w="2172" w:type="dxa"/>
            <w:gridSpan w:val="3"/>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Packed</w:t>
            </w:r>
          </w:p>
        </w:tc>
        <w:tc>
          <w:tcPr>
            <w:tcW w:w="1427"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Not packed</w:t>
            </w:r>
          </w:p>
        </w:tc>
      </w:tr>
      <w:tr w:rsidR="003C0E12" w14:paraId="08CC443E" w14:textId="77777777">
        <w:trPr>
          <w:trHeight w:val="400" w:hRule="atLeast"/>
          <w:cantSplit w:val="1"/>
          <w:tblHeader w:val="1"/>
        </w:trPr>
        <w:tc>
          <w:tcPr>
            <w:tcW w:w="1429"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242"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17"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678"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743"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624"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743"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Units</w:t>
            </w:r>
          </w:p>
        </w:tc>
        <w:tc>
          <w:tcPr>
            <w:tcW w:w="624"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w:t>
            </w:r>
          </w:p>
        </w:tc>
        <w:tc>
          <w:tcPr>
            <w:tcW w:w="80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Cartons</w:t>
            </w:r>
          </w:p>
        </w:tc>
        <w:tc>
          <w:tcPr>
            <w:tcW w:w="80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Units</w:t>
            </w:r>
          </w:p>
        </w:tc>
        <w:tc>
          <w:tcPr>
            <w:tcW w:w="62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w:t>
            </w:r>
          </w:p>
        </w:tc>
      </w:tr>
      <w:tr w:rsidR="003C0E12" w14:paraId="075925FF" w14:textId="77777777">
        <w:trPr>
          <w:trHeight w:val="320" w:hRule="atLeast"/>
          <w:cantSplit w:val="1"/>
        </w:trPr>
        <w:tc>
          <w:tcPr>
            <w:tcW w:w="1429"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24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17"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678"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743"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624"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743"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624"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0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0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62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056D9919" w14:textId="77777777">
        <w:trPr>
          <w:trHeight w:val="320" w:hRule="atLeast"/>
          <w:cantSplit w:val="1"/>
        </w:trPr>
        <w:tc>
          <w:tcPr>
            <w:tcW w:w="1429"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24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17"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678"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743"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624"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743"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624"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0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0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62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303958F3" w14:textId="77777777">
        <w:trPr>
          <w:trHeight w:val="320" w:hRule="atLeast"/>
          <w:cantSplit w:val="1"/>
        </w:trPr>
        <w:tc>
          <w:tcPr>
            <w:tcW w:w="1429"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24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17"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678"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743"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624"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743"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624"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0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0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62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49402976" w14:textId="77777777">
        <w:trPr>
          <w:trHeight w:val="320" w:hRule="atLeast"/>
          <w:cantSplit w:val="1"/>
        </w:trPr>
        <w:tc>
          <w:tcPr>
            <w:tcW w:w="2671"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17"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678"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743"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624"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743"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624"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0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0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62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2A7DC5D3" w14:textId="77777777">
        <w:trPr>
          <w:trHeight w:val="320" w:hRule="atLeast"/>
          <w:cantSplit w:val="1"/>
        </w:trPr>
        <w:tc>
          <w:tcPr>
            <w:tcW w:w="2671" w:type="dxa"/>
            <w:gridSpan w:val="2"/>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t>Total</w:t>
            </w:r>
          </w:p>
        </w:tc>
        <w:tc>
          <w:tcPr>
            <w:tcW w:w="1117" w:type="dxa"/>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c>
          <w:tcPr>
            <w:tcW w:w="1678" w:type="dxa"/>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c>
          <w:tcPr>
            <w:tcW w:w="743" w:type="dxa"/>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c>
          <w:tcPr>
            <w:tcW w:w="624" w:type="dxa"/>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c>
          <w:tcPr>
            <w:tcW w:w="743" w:type="dxa"/>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c>
          <w:tcPr>
            <w:tcW w:w="624" w:type="dxa"/>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c>
          <w:tcPr>
            <w:tcW w:w="805" w:type="dxa"/>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c>
          <w:tcPr>
            <w:tcW w:w="805" w:type="dxa"/>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c>
          <w:tcPr>
            <w:tcW w:w="622" w:type="dxa"/>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r>
    </w:tbl>
    <w:p>
      <w:pPr>
        <w:keepNext w:val="0"/>
        <w:keepLines/>
        <w:widowControl/>
        <w:spacing w:before="0" w:after="0" w:line="120" w:lineRule="exact"/>
        <w:ind w:left="0" w:right="0" w:firstLine="0"/>
      </w:pPr>
    </w:p>
    <w:tbl>
      <w:tblPr>
        <w:tblStyle w:val="TableNormal"/>
        <w:jc w:val="left"/>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40" w:type="dxa"/>
          <w:left w:w="90" w:type="dxa"/>
          <w:bottom w:w="40" w:type="dxa"/>
          <w:right w:w="90" w:type="dxa"/>
        </w:tblCellMar>
        <w:tblInd w:w="90" w:type="dxa"/>
        <w:tblW w:w="10432" w:type="dxa"/>
      </w:tblPr>
      <w:tblGrid>
        <w:gridCol w:w="2146"/>
        <w:gridCol w:w="3339"/>
        <w:gridCol w:w="4947"/>
      </w:tblGrid>
      <w:tr w:rsidR="003C0E12" w14:paraId="7B73661E" w14:textId="77777777">
        <w:trPr>
          <w:trHeight w:val="400" w:hRule="atLeast"/>
          <w:cantSplit w:val="1"/>
          <w:tblHeader w:val="1"/>
        </w:trPr>
        <w:tc>
          <w:tcPr>
            <w:tcW w:w="2146" w:type="dxa"/>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t>Samples selected from</w:t>
            </w:r>
          </w:p>
        </w:tc>
        <w:tc>
          <w:tcPr>
            <w:tcW w:w="8286" w:type="dxa"/>
            <w:gridSpan w:val="2"/>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t>Carton No.:</w:t>
            </w:r>
          </w:p>
        </w:tc>
      </w:tr>
      <w:tr w:rsidR="003C0E12" w14:paraId="3D4101BC" w14:textId="77777777" w:rsidTr="00507491">
        <w:trPr>
          <w:trHeight w:val="400" w:hRule="atLeast"/>
          <w:cantSplit w:val="1"/>
        </w:trPr>
        <w:tc>
          <w:tcPr>
            <w:tcW w:w="2146" w:type="dxa"/>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t>carton numbers:</w:t>
            </w:r>
          </w:p>
        </w:tc>
        <w:tc>
          <w:tcPr>
            <w:tcW w:w="3339" w:type="dxa"/>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t>Total number of cartons opened for sampling:</w:t>
            </w:r>
          </w:p>
        </w:tc>
        <w:tc>
          <w:tcPr>
            <w:tcW w:w="4947" w:type="dxa"/>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r>
          </w:p>
        </w:tc>
      </w:tr>
    </w:tbl>
    <w:p>
      <w:pPr>
        <w:keepNext w:val="0"/>
        <w:keepLines/>
        <w:widowControl/>
        <w:spacing w:before="0" w:after="0" w:line="120" w:lineRule="exact"/>
        <w:ind w:left="0" w:right="0" w:firstLine="0"/>
      </w:pPr>
    </w:p>
    <w:tbl>
      <w:tblPr>
        <w:tblStyle w:val="TableNormal"/>
        <w:jc w:val="left"/>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40" w:type="dxa"/>
          <w:left w:w="90" w:type="dxa"/>
          <w:bottom w:w="40" w:type="dxa"/>
          <w:right w:w="90" w:type="dxa"/>
        </w:tblCellMar>
        <w:tblInd w:w="90" w:type="dxa"/>
        <w:tblW w:w="10432" w:type="dxa"/>
      </w:tblPr>
      <w:tblGrid>
        <w:gridCol w:w="5527"/>
        <w:gridCol w:w="4905"/>
      </w:tblGrid>
      <w:tr w:rsidR="003C0E12" w14:paraId="11F7ACED" w14:textId="77777777">
        <w:trPr>
          <w:trHeight w:val="400" w:hRule="atLeast"/>
          <w:cantSplit w:val="1"/>
          <w:tblHeader w:val="1"/>
        </w:trPr>
        <w:tc>
          <w:tcPr>
            <w:tcW w:w="5527" w:type="dxa"/>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t>No. of re-packed cartons identified by stamps / closing tape:</w:t>
            </w:r>
          </w:p>
        </w:tc>
        <w:tc>
          <w:tcPr>
            <w:tcW w:w="4905" w:type="dxa"/>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r>
          </w:p>
        </w:tc>
      </w:tr>
      <w:tr w:rsidR="003C0E12" w14:paraId="063616ED" w14:textId="77777777">
        <w:trPr>
          <w:trHeight w:val="400" w:hRule="atLeast"/>
          <w:cantSplit w:val="1"/>
        </w:trPr>
        <w:tc>
          <w:tcPr>
            <w:tcW w:w="5527"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c>
          <w:tcPr>
            <w:tcW w:w="490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3B7AC041" w14:textId="77777777">
        <w:trPr>
          <w:trHeight w:val="400" w:hRule="atLeast"/>
          <w:cantSplit w:val="1"/>
        </w:trPr>
        <w:tc>
          <w:tcPr>
            <w:tcW w:w="5527" w:type="dxa"/>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t>QUANTITY</w:t>
            </w:r>
          </w:p>
        </w:tc>
        <w:tc>
          <w:tcPr>
            <w:tcW w:w="4905" w:type="dxa"/>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r>
          </w:p>
        </w:tc>
      </w:tr>
    </w:tbl>
    <w:p>
      <w:pPr>
        <w:keepNext w:val="0"/>
        <w:keepLines/>
        <w:widowControl/>
        <w:spacing w:before="0" w:after="0" w:line="120" w:lineRule="exact"/>
        <w:ind w:left="0" w:right="0" w:firstLine="0"/>
      </w:pPr>
    </w:p>
    <w:p>
      <w:pPr>
        <w:keepNext/>
        <w:keepLines/>
        <w:pageBreakBefore w:val="0"/>
        <w:widowControl/>
        <w:spacing w:before="200" w:after="140" w:line="259" w:lineRule="auto"/>
        <w:ind w:left="0" w:right="0" w:firstLine="0"/>
      </w:pPr>
      <w:r>
        <w:rPr>
          <w:rFonts w:ascii="Arial" w:hAnsi="Arial" w:eastAsia="Arial" w:cs="Arial"/>
          <w:b/>
          <w:color w:val="00559E"/>
          <w:sz w:val="24"/>
        </w:rPr>
        <w:t>3 Inspection result summary</w:t>
      </w:r>
    </w:p>
    <w:tbl>
      <w:tblPr>
        <w:tblStyle w:val="TableNormal"/>
        <w:jc w:val="left"/>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30" w:type="dxa"/>
          <w:left w:w="90" w:type="dxa"/>
          <w:bottom w:w="30" w:type="dxa"/>
          <w:right w:w="90" w:type="dxa"/>
        </w:tblCellMar>
        <w:tblInd w:w="90" w:type="dxa"/>
        <w:tblW w:w="10432" w:type="dxa"/>
      </w:tblPr>
      <w:tblGrid>
        <w:gridCol w:w="1227"/>
        <w:gridCol w:w="1636"/>
        <w:gridCol w:w="887"/>
        <w:gridCol w:w="1227"/>
        <w:gridCol w:w="887"/>
        <w:gridCol w:w="955"/>
        <w:gridCol w:w="1227"/>
        <w:gridCol w:w="1159"/>
        <w:gridCol w:w="1227"/>
      </w:tblGrid>
      <w:tr w:rsidR="003C0E12" w14:paraId="2DC67F11" w14:textId="77777777" w:rsidTr="00964BF9">
        <w:trPr>
          <w:trHeight w:val="360" w:hRule="atLeast"/>
          <w:cantSplit w:val="1"/>
          <w:tblHeader w:val="1"/>
        </w:trPr>
        <w:tc>
          <w:tcPr>
            <w:tcW w:w="1227" w:type="dxa"/>
            <w:vMerge w:val="restart"/>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6"/>
              </w:rPr>
              <w:t>Style No.</w:t>
            </w:r>
          </w:p>
        </w:tc>
        <w:tc>
          <w:tcPr>
            <w:tcW w:w="1636" w:type="dxa"/>
            <w:vMerge w:val="restart"/>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6"/>
              </w:rPr>
              <w:t>Inspection Result</w:t>
            </w:r>
          </w:p>
        </w:tc>
        <w:tc>
          <w:tcPr>
            <w:tcW w:w="7569" w:type="dxa"/>
            <w:gridSpan w:val="7"/>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6"/>
              </w:rPr>
              <w:t>Fail Reason</w:t>
              <w:br/>
              <w:t>Write one option: PASS/ FAIL/ PENDING/ NOT APPLICABLE (N/A)</w:t>
            </w:r>
          </w:p>
        </w:tc>
      </w:tr>
      <w:tr w:rsidR="003C0E12" w14:paraId="03108B36" w14:textId="77777777">
        <w:trPr>
          <w:trHeight w:val="360" w:hRule="atLeast"/>
          <w:cantSplit w:val="1"/>
          <w:tblHeader w:val="1"/>
        </w:trPr>
        <w:tc>
          <w:tcPr>
            <w:tcW w:w="1227" w:type="dxa"/>
            <w:vMerge/>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636" w:type="dxa"/>
            <w:vMerge/>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87"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Quantity</w:t>
            </w:r>
          </w:p>
        </w:tc>
        <w:tc>
          <w:tcPr>
            <w:tcW w:w="1227"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Workmanship</w:t>
            </w:r>
          </w:p>
        </w:tc>
        <w:tc>
          <w:tcPr>
            <w:tcW w:w="887"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Packing</w:t>
            </w:r>
          </w:p>
        </w:tc>
        <w:tc>
          <w:tcPr>
            <w:tcW w:w="95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Shipping Marks</w:t>
            </w:r>
          </w:p>
        </w:tc>
        <w:tc>
          <w:tcPr>
            <w:tcW w:w="1227"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Data / Tests</w:t>
            </w:r>
          </w:p>
        </w:tc>
        <w:tc>
          <w:tcPr>
            <w:tcW w:w="1159"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Style / Color</w:t>
            </w:r>
          </w:p>
        </w:tc>
        <w:tc>
          <w:tcPr>
            <w:tcW w:w="1227"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REMARK</w:t>
            </w:r>
          </w:p>
        </w:tc>
      </w:tr>
      <w:tr w:rsidR="003C0E12" w14:paraId="389112C6" w14:textId="77777777">
        <w:trPr>
          <w:trHeight w:val="360" w:hRule="atLeast"/>
          <w:cantSplit w:val="1"/>
        </w:trPr>
        <w:tc>
          <w:tcPr>
            <w:tcW w:w="1227"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63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87"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227"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87"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5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227"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59"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227"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0A383437" w14:textId="77777777">
        <w:trPr>
          <w:trHeight w:val="360" w:hRule="atLeast"/>
          <w:cantSplit w:val="1"/>
        </w:trPr>
        <w:tc>
          <w:tcPr>
            <w:tcW w:w="1227"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636"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87"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227"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87"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5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227"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59"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227"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6FAD2BB8" w14:textId="77777777">
        <w:trPr>
          <w:trHeight w:val="360" w:hRule="atLeast"/>
          <w:cantSplit w:val="1"/>
        </w:trPr>
        <w:tc>
          <w:tcPr>
            <w:tcW w:w="1227" w:type="dxa"/>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c>
          <w:tcPr>
            <w:tcW w:w="1636" w:type="dxa"/>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c>
          <w:tcPr>
            <w:tcW w:w="887" w:type="dxa"/>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c>
          <w:tcPr>
            <w:tcW w:w="1227" w:type="dxa"/>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c>
          <w:tcPr>
            <w:tcW w:w="887" w:type="dxa"/>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c>
          <w:tcPr>
            <w:tcW w:w="955" w:type="dxa"/>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c>
          <w:tcPr>
            <w:tcW w:w="1227" w:type="dxa"/>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c>
          <w:tcPr>
            <w:tcW w:w="1159" w:type="dxa"/>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c>
          <w:tcPr>
            <w:tcW w:w="1227" w:type="dxa"/>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r>
    </w:tbl>
    <w:p>
      <w:pPr>
        <w:keepNext w:val="0"/>
        <w:keepLines/>
        <w:widowControl/>
        <w:spacing w:before="0" w:after="0" w:line="120" w:lineRule="exact"/>
        <w:ind w:left="0" w:right="0" w:firstLine="0"/>
      </w:pPr>
    </w:p>
    <w:tbl>
      <w:tblPr>
        <w:tblStyle w:val="TableNormal"/>
        <w:jc w:val="left"/>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40" w:type="dxa"/>
          <w:left w:w="90" w:type="dxa"/>
          <w:bottom w:w="40" w:type="dxa"/>
          <w:right w:w="90" w:type="dxa"/>
        </w:tblCellMar>
        <w:tblInd w:w="90" w:type="dxa"/>
        <w:tblW w:w="10432" w:type="dxa"/>
      </w:tblPr>
      <w:tblGrid>
        <w:gridCol w:w="2145"/>
        <w:gridCol w:w="1657"/>
        <w:gridCol w:w="1128"/>
        <w:gridCol w:w="5502"/>
      </w:tblGrid>
      <w:tr w:rsidR="003C0E12" w14:paraId="000A5EA4" w14:textId="77777777">
        <w:trPr>
          <w:trHeight w:val="400" w:hRule="atLeast"/>
          <w:cantSplit w:val="1"/>
          <w:tblHeader w:val="1"/>
        </w:trPr>
        <w:tc>
          <w:tcPr>
            <w:tcW w:w="10432" w:type="dxa"/>
            <w:gridSpan w:val="4"/>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t>PROBLEM REMARK</w:t>
            </w:r>
          </w:p>
        </w:tc>
      </w:tr>
      <w:tr w:rsidR="003C0E12" w14:paraId="52D47991" w14:textId="77777777">
        <w:trPr>
          <w:trHeight w:val="400" w:hRule="atLeast"/>
          <w:cantSplit w:val="1"/>
        </w:trPr>
        <w:tc>
          <w:tcPr>
            <w:tcW w:w="214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Style No.</w:t>
            </w:r>
          </w:p>
        </w:tc>
        <w:tc>
          <w:tcPr>
            <w:tcW w:w="1657"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Inspection Result</w:t>
            </w:r>
          </w:p>
        </w:tc>
        <w:tc>
          <w:tcPr>
            <w:tcW w:w="1128"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Code No.</w:t>
            </w:r>
          </w:p>
        </w:tc>
        <w:tc>
          <w:tcPr>
            <w:tcW w:w="550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Problem description</w:t>
            </w:r>
          </w:p>
        </w:tc>
      </w:tr>
      <w:tr w:rsidR="003C0E12" w14:paraId="740801F5" w14:textId="77777777">
        <w:trPr>
          <w:trHeight w:val="400" w:hRule="atLeast"/>
          <w:cantSplit w:val="1"/>
        </w:trPr>
        <w:tc>
          <w:tcPr>
            <w:tcW w:w="2145" w:type="dxa"/>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r>
          </w:p>
        </w:tc>
        <w:tc>
          <w:tcPr>
            <w:tcW w:w="1657" w:type="dxa"/>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r>
          </w:p>
        </w:tc>
        <w:tc>
          <w:tcPr>
            <w:tcW w:w="1128" w:type="dxa"/>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r>
          </w:p>
        </w:tc>
        <w:tc>
          <w:tcPr>
            <w:tcW w:w="5502" w:type="dxa"/>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r>
          </w:p>
        </w:tc>
      </w:tr>
    </w:tbl>
    <w:p>
      <w:pPr>
        <w:keepNext w:val="0"/>
        <w:keepLines/>
        <w:widowControl/>
        <w:spacing w:before="0" w:after="0" w:line="120" w:lineRule="exact"/>
        <w:ind w:left="0" w:right="0" w:firstLine="0"/>
      </w:pPr>
    </w:p>
    <w:tbl>
      <w:tblPr>
        <w:tblStyle w:val="TableNormal"/>
        <w:jc w:val="left"/>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40" w:type="dxa"/>
          <w:left w:w="90" w:type="dxa"/>
          <w:bottom w:w="40" w:type="dxa"/>
          <w:right w:w="90" w:type="dxa"/>
        </w:tblCellMar>
        <w:tblInd w:w="90" w:type="dxa"/>
        <w:tblW w:w="10432" w:type="dxa"/>
      </w:tblPr>
      <w:tblGrid>
        <w:gridCol w:w="4975"/>
        <w:gridCol w:w="5457"/>
      </w:tblGrid>
      <w:tr w:rsidR="003C0E12" w14:paraId="6B00F878" w14:textId="77777777" w:rsidTr="00507491">
        <w:trPr>
          <w:trHeight w:val="400" w:hRule="atLeast"/>
          <w:cantSplit w:val="1"/>
          <w:tblHeader w:val="1"/>
        </w:trPr>
        <w:tc>
          <w:tcPr>
            <w:tcW w:w="4975" w:type="dxa"/>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t>Inspection starting time:</w:t>
            </w:r>
          </w:p>
        </w:tc>
        <w:tc>
          <w:tcPr>
            <w:tcW w:w="5457" w:type="dxa"/>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t>Inspection ending time:</w:t>
            </w:r>
          </w:p>
        </w:tc>
      </w:tr>
      <w:tr w:rsidR="003C0E12" w14:paraId="586D7808" w14:textId="77777777" w:rsidTr="00507491">
        <w:trPr>
          <w:trHeight w:val="400" w:hRule="atLeast"/>
          <w:cantSplit w:val="1"/>
        </w:trPr>
        <w:tc>
          <w:tcPr>
            <w:tcW w:w="4975" w:type="dxa"/>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t>Inspector:</w:t>
            </w:r>
          </w:p>
        </w:tc>
        <w:tc>
          <w:tcPr>
            <w:tcW w:w="5457" w:type="dxa"/>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t>Vendor/ Factory representative:</w:t>
            </w:r>
          </w:p>
        </w:tc>
      </w:tr>
    </w:tbl>
    <w:p>
      <w:pPr>
        <w:keepNext w:val="0"/>
        <w:keepLines/>
        <w:widowControl/>
        <w:spacing w:before="0" w:after="0" w:line="120" w:lineRule="exact"/>
        <w:ind w:left="0" w:right="0" w:firstLine="0"/>
      </w:pPr>
    </w:p>
    <w:p>
      <w:pPr>
        <w:keepNext/>
        <w:keepLines/>
        <w:pageBreakBefore w:val="0"/>
        <w:widowControl/>
        <w:spacing w:before="200" w:after="140" w:line="259" w:lineRule="auto"/>
        <w:ind w:left="0" w:right="0" w:firstLine="0"/>
      </w:pPr>
      <w:r>
        <w:rPr>
          <w:rFonts w:ascii="Arial" w:hAnsi="Arial" w:eastAsia="Arial" w:cs="Arial"/>
          <w:b/>
          <w:color w:val="00559E"/>
          <w:sz w:val="24"/>
        </w:rPr>
        <w:t>4 Inspection criteria</w:t>
      </w:r>
    </w:p>
    <w:tbl>
      <w:tblPr>
        <w:tblStyle w:val="TableNormal"/>
        <w:jc w:val="left"/>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40" w:type="dxa"/>
          <w:left w:w="90" w:type="dxa"/>
          <w:bottom w:w="40" w:type="dxa"/>
          <w:right w:w="90" w:type="dxa"/>
        </w:tblCellMar>
        <w:tblInd w:w="90" w:type="dxa"/>
        <w:tblW w:w="10432" w:type="dxa"/>
      </w:tblPr>
      <w:tblGrid>
        <w:gridCol w:w="4378"/>
        <w:gridCol w:w="6054"/>
      </w:tblGrid>
      <w:tr w:rsidR="003C0E12" w14:paraId="21EAD9D9" w14:textId="77777777" w:rsidTr="00507491">
        <w:trPr>
          <w:trHeight w:val="440" w:hRule="atLeast"/>
          <w:cantSplit w:val="1"/>
          <w:tblHeader w:val="1"/>
        </w:trPr>
        <w:tc>
          <w:tcPr>
            <w:tcW w:w="4378" w:type="dxa"/>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t>Golden sample</w:t>
            </w:r>
          </w:p>
        </w:tc>
        <w:tc>
          <w:tcPr>
            <w:tcW w:w="6054" w:type="dxa"/>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r>
          </w:p>
        </w:tc>
      </w:tr>
      <w:tr w:rsidR="003C0E12" w14:paraId="5410FA77" w14:textId="77777777" w:rsidTr="00507491">
        <w:trPr>
          <w:trHeight w:val="440" w:hRule="atLeast"/>
          <w:cantSplit w:val="1"/>
        </w:trPr>
        <w:tc>
          <w:tcPr>
            <w:tcW w:w="4378"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CLIENT instruction/specification</w:t>
            </w:r>
          </w:p>
        </w:tc>
        <w:tc>
          <w:tcPr>
            <w:tcW w:w="6054"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0F1D56C5" w14:textId="77777777" w:rsidTr="00507491">
        <w:trPr>
          <w:trHeight w:val="440" w:hRule="atLeast"/>
          <w:cantSplit w:val="1"/>
        </w:trPr>
        <w:tc>
          <w:tcPr>
            <w:tcW w:w="4378"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t>Completed QC File</w:t>
            </w:r>
          </w:p>
        </w:tc>
        <w:tc>
          <w:tcPr>
            <w:tcW w:w="6054"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466C624D" w14:textId="77777777" w:rsidTr="00507491">
        <w:trPr>
          <w:trHeight w:val="440" w:hRule="atLeast"/>
          <w:cantSplit w:val="1"/>
        </w:trPr>
        <w:tc>
          <w:tcPr>
            <w:tcW w:w="4378" w:type="dxa"/>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t>Other</w:t>
            </w:r>
          </w:p>
        </w:tc>
        <w:tc>
          <w:tcPr>
            <w:tcW w:w="6054" w:type="dxa"/>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r>
          </w:p>
        </w:tc>
      </w:tr>
    </w:tbl>
    <w:p>
      <w:pPr>
        <w:keepNext/>
        <w:keepLines/>
        <w:pageBreakBefore w:val="0"/>
        <w:widowControl/>
        <w:spacing w:before="200" w:after="140" w:line="259" w:lineRule="auto"/>
        <w:ind w:left="0" w:right="0" w:firstLine="0"/>
      </w:pPr>
      <w:r>
        <w:rPr>
          <w:rFonts w:ascii="Arial" w:hAnsi="Arial" w:eastAsia="Arial" w:cs="Arial"/>
          <w:b/>
          <w:color w:val="00559E"/>
          <w:sz w:val="24"/>
        </w:rPr>
        <w:t>5 Workmanship</w:t>
      </w:r>
    </w:p>
    <w:p>
      <w:pPr>
        <w:keepNext/>
        <w:keepLines/>
        <w:widowControl/>
        <w:spacing w:before="0" w:after="120" w:line="259" w:lineRule="auto"/>
        <w:ind w:left="0" w:right="0" w:firstLine="0"/>
      </w:pPr>
      <w:r>
        <w:rPr>
          <w:rFonts w:ascii="Arial" w:hAnsi="Arial" w:eastAsia="Arial" w:cs="Arial"/>
          <w:b w:val="0"/>
          <w:color w:val="243746"/>
          <w:sz w:val="16"/>
        </w:rPr>
        <w:t>Appearance, function, labels and hangtags. Use one record per style; combine styles only when combined sampling applies.</w:t>
      </w:r>
    </w:p>
    <w:tbl>
      <w:tblPr>
        <w:tblStyle w:val="TableNormal"/>
        <w:jc w:val="left"/>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30" w:type="dxa"/>
          <w:left w:w="90" w:type="dxa"/>
          <w:bottom w:w="30" w:type="dxa"/>
          <w:right w:w="90" w:type="dxa"/>
        </w:tblCellMar>
        <w:tblInd w:w="90" w:type="dxa"/>
        <w:tblW w:w="10432" w:type="dxa"/>
      </w:tblPr>
      <w:tblGrid>
        <w:gridCol w:w="1267"/>
        <w:gridCol w:w="1138"/>
        <w:gridCol w:w="1007"/>
        <w:gridCol w:w="449"/>
        <w:gridCol w:w="508"/>
        <w:gridCol w:w="391"/>
        <w:gridCol w:w="596"/>
        <w:gridCol w:w="280"/>
        <w:gridCol w:w="851"/>
        <w:gridCol w:w="829"/>
        <w:gridCol w:w="853"/>
        <w:gridCol w:w="672"/>
        <w:gridCol w:w="529"/>
        <w:gridCol w:w="531"/>
        <w:gridCol w:w="531"/>
      </w:tblGrid>
      <w:tr w:rsidR="003C0E12" w14:paraId="2A7E66C7" w14:textId="77777777">
        <w:trPr>
          <w:trHeight w:val="360" w:hRule="atLeast"/>
          <w:cantSplit w:val="1"/>
          <w:tblHeader w:val="1"/>
        </w:trPr>
        <w:tc>
          <w:tcPr>
            <w:tcW w:w="10432" w:type="dxa"/>
            <w:gridSpan w:val="15"/>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6"/>
              </w:rPr>
              <w:t>Inspection method applied</w:t>
            </w:r>
          </w:p>
        </w:tc>
      </w:tr>
      <w:tr w:rsidR="003C0E12" w14:paraId="205230B3" w14:textId="77777777">
        <w:trPr>
          <w:trHeight w:val="360" w:hRule="atLeast"/>
          <w:cantSplit w:val="1"/>
        </w:trPr>
        <w:tc>
          <w:tcPr>
            <w:tcW w:w="7316" w:type="dxa"/>
            <w:gridSpan w:val="10"/>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ANSI/ASQ Z1.4-2008, Single sampling plans for normal inspection</w:t>
            </w:r>
          </w:p>
        </w:tc>
        <w:tc>
          <w:tcPr>
            <w:tcW w:w="853"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Level:</w:t>
            </w:r>
          </w:p>
        </w:tc>
        <w:tc>
          <w:tcPr>
            <w:tcW w:w="2263" w:type="dxa"/>
            <w:gridSpan w:val="4"/>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4D07F013" w14:textId="77777777">
        <w:trPr>
          <w:trHeight w:val="360" w:hRule="atLeast"/>
          <w:cantSplit w:val="1"/>
        </w:trPr>
        <w:tc>
          <w:tcPr>
            <w:tcW w:w="3861" w:type="dxa"/>
            <w:gridSpan w:val="4"/>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Acceptable Quality Limit (AQL) for</w:t>
            </w:r>
          </w:p>
        </w:tc>
        <w:tc>
          <w:tcPr>
            <w:tcW w:w="899"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Critical:</w:t>
            </w:r>
          </w:p>
        </w:tc>
        <w:tc>
          <w:tcPr>
            <w:tcW w:w="876"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51"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Major:</w:t>
            </w:r>
          </w:p>
        </w:tc>
        <w:tc>
          <w:tcPr>
            <w:tcW w:w="829"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53"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Minor:</w:t>
            </w:r>
          </w:p>
        </w:tc>
        <w:tc>
          <w:tcPr>
            <w:tcW w:w="2263" w:type="dxa"/>
            <w:gridSpan w:val="4"/>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272CB285" w14:textId="77777777">
        <w:trPr>
          <w:trHeight w:val="320" w:hRule="atLeast"/>
          <w:cantSplit w:val="1"/>
        </w:trPr>
        <w:tc>
          <w:tcPr>
            <w:tcW w:w="2405"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Sample size:</w:t>
            </w:r>
          </w:p>
        </w:tc>
        <w:tc>
          <w:tcPr>
            <w:tcW w:w="8027" w:type="dxa"/>
            <w:gridSpan w:val="13"/>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0040AF09" w14:textId="77777777">
        <w:trPr>
          <w:trHeight w:val="460" w:hRule="atLeast"/>
          <w:cantSplit w:val="1"/>
        </w:trPr>
        <w:tc>
          <w:tcPr>
            <w:tcW w:w="1267"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Style No.</w:t>
            </w:r>
          </w:p>
        </w:tc>
        <w:tc>
          <w:tcPr>
            <w:tcW w:w="1138"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PO No.</w:t>
            </w:r>
          </w:p>
        </w:tc>
        <w:tc>
          <w:tcPr>
            <w:tcW w:w="1007"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Colors</w:t>
            </w:r>
          </w:p>
        </w:tc>
        <w:tc>
          <w:tcPr>
            <w:tcW w:w="957"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Sample size</w:t>
            </w:r>
          </w:p>
        </w:tc>
        <w:tc>
          <w:tcPr>
            <w:tcW w:w="987"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Code No.</w:t>
            </w:r>
          </w:p>
        </w:tc>
        <w:tc>
          <w:tcPr>
            <w:tcW w:w="3485" w:type="dxa"/>
            <w:gridSpan w:val="5"/>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Defect description</w:t>
            </w:r>
          </w:p>
        </w:tc>
        <w:tc>
          <w:tcPr>
            <w:tcW w:w="529"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w:t>
            </w:r>
          </w:p>
        </w:tc>
        <w:tc>
          <w:tcPr>
            <w:tcW w:w="531"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w:t>
            </w:r>
          </w:p>
        </w:tc>
        <w:tc>
          <w:tcPr>
            <w:tcW w:w="531"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w:t>
            </w:r>
          </w:p>
        </w:tc>
      </w:tr>
      <w:tr w:rsidR="003C0E12" w14:paraId="672496C0" w14:textId="77777777" w:rsidTr="00964BF9">
        <w:trPr>
          <w:trHeight w:val="320" w:hRule="atLeast"/>
          <w:cantSplit w:val="1"/>
        </w:trPr>
        <w:tc>
          <w:tcPr>
            <w:tcW w:w="1267"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38"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007"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57"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87"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3485" w:type="dxa"/>
            <w:gridSpan w:val="5"/>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29"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1"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1"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1D053A48" w14:textId="77777777">
        <w:trPr>
          <w:trHeight w:val="320" w:hRule="atLeast"/>
          <w:cantSplit w:val="1"/>
        </w:trPr>
        <w:tc>
          <w:tcPr>
            <w:tcW w:w="3412" w:type="dxa"/>
            <w:gridSpan w:val="3"/>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Total</w:t>
            </w:r>
          </w:p>
        </w:tc>
        <w:tc>
          <w:tcPr>
            <w:tcW w:w="957"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4472" w:type="dxa"/>
            <w:gridSpan w:val="7"/>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Total defects:</w:t>
            </w:r>
          </w:p>
        </w:tc>
        <w:tc>
          <w:tcPr>
            <w:tcW w:w="529"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1"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1"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1B4766AC" w14:textId="77777777">
        <w:trPr>
          <w:trHeight w:val="320" w:hRule="atLeast"/>
          <w:cantSplit w:val="1"/>
        </w:trPr>
        <w:tc>
          <w:tcPr>
            <w:tcW w:w="8841" w:type="dxa"/>
            <w:gridSpan w:val="1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Maximum allowed:</w:t>
            </w:r>
          </w:p>
        </w:tc>
        <w:tc>
          <w:tcPr>
            <w:tcW w:w="529"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1"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1"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72835607" w14:textId="77777777">
        <w:trPr>
          <w:trHeight w:val="320" w:hRule="atLeast"/>
          <w:cantSplit w:val="1"/>
        </w:trPr>
        <w:tc>
          <w:tcPr>
            <w:tcW w:w="8841" w:type="dxa"/>
            <w:gridSpan w:val="12"/>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t>WORKMANSHIP RESULT:</w:t>
            </w:r>
          </w:p>
        </w:tc>
        <w:tc>
          <w:tcPr>
            <w:tcW w:w="1591" w:type="dxa"/>
            <w:gridSpan w:val="3"/>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r>
    </w:tbl>
    <w:p>
      <w:pPr>
        <w:keepNext w:val="0"/>
        <w:keepLines/>
        <w:widowControl/>
        <w:spacing w:before="0" w:after="0" w:line="140" w:lineRule="exact"/>
        <w:ind w:left="0" w:right="0" w:firstLine="0"/>
      </w:pPr>
    </w:p>
    <w:tbl>
      <w:tblPr>
        <w:tblStyle w:val="TableNormal"/>
        <w:jc w:val="left"/>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30" w:type="dxa"/>
          <w:left w:w="90" w:type="dxa"/>
          <w:bottom w:w="30" w:type="dxa"/>
          <w:right w:w="90" w:type="dxa"/>
        </w:tblCellMar>
        <w:tblInd w:w="90" w:type="dxa"/>
        <w:tblW w:w="10432" w:type="dxa"/>
      </w:tblPr>
      <w:tblGrid>
        <w:gridCol w:w="1267"/>
        <w:gridCol w:w="1138"/>
        <w:gridCol w:w="1007"/>
        <w:gridCol w:w="449"/>
        <w:gridCol w:w="508"/>
        <w:gridCol w:w="391"/>
        <w:gridCol w:w="596"/>
        <w:gridCol w:w="280"/>
        <w:gridCol w:w="851"/>
        <w:gridCol w:w="829"/>
        <w:gridCol w:w="853"/>
        <w:gridCol w:w="672"/>
        <w:gridCol w:w="529"/>
        <w:gridCol w:w="531"/>
        <w:gridCol w:w="531"/>
      </w:tblGrid>
      <w:tr w:rsidR="003C0E12" w14:paraId="0C35AF54" w14:textId="77777777">
        <w:trPr>
          <w:trHeight w:val="360" w:hRule="atLeast"/>
          <w:cantSplit w:val="1"/>
          <w:tblHeader w:val="1"/>
        </w:trPr>
        <w:tc>
          <w:tcPr>
            <w:tcW w:w="10432" w:type="dxa"/>
            <w:gridSpan w:val="15"/>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6"/>
              </w:rPr>
              <w:t>Inspection method applied</w:t>
            </w:r>
          </w:p>
        </w:tc>
      </w:tr>
      <w:tr w:rsidR="003C0E12" w14:paraId="55CB6097" w14:textId="77777777">
        <w:trPr>
          <w:trHeight w:val="360" w:hRule="atLeast"/>
          <w:cantSplit w:val="1"/>
        </w:trPr>
        <w:tc>
          <w:tcPr>
            <w:tcW w:w="7316" w:type="dxa"/>
            <w:gridSpan w:val="10"/>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ANSI/ASQ Z1.4-2008, Single sampling plans for normal inspection</w:t>
            </w:r>
          </w:p>
        </w:tc>
        <w:tc>
          <w:tcPr>
            <w:tcW w:w="853"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Level:</w:t>
            </w:r>
          </w:p>
        </w:tc>
        <w:tc>
          <w:tcPr>
            <w:tcW w:w="2263" w:type="dxa"/>
            <w:gridSpan w:val="4"/>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2D9AFBB0" w14:textId="77777777">
        <w:trPr>
          <w:trHeight w:val="360" w:hRule="atLeast"/>
          <w:cantSplit w:val="1"/>
        </w:trPr>
        <w:tc>
          <w:tcPr>
            <w:tcW w:w="3861" w:type="dxa"/>
            <w:gridSpan w:val="4"/>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Acceptable Quality Limit (AQL) for</w:t>
            </w:r>
          </w:p>
        </w:tc>
        <w:tc>
          <w:tcPr>
            <w:tcW w:w="899"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Critical:</w:t>
            </w:r>
          </w:p>
        </w:tc>
        <w:tc>
          <w:tcPr>
            <w:tcW w:w="876"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51"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Major:</w:t>
            </w:r>
          </w:p>
        </w:tc>
        <w:tc>
          <w:tcPr>
            <w:tcW w:w="829"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53"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Minor:</w:t>
            </w:r>
          </w:p>
        </w:tc>
        <w:tc>
          <w:tcPr>
            <w:tcW w:w="2263" w:type="dxa"/>
            <w:gridSpan w:val="4"/>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5BAAB2DC" w14:textId="77777777">
        <w:trPr>
          <w:trHeight w:val="320" w:hRule="atLeast"/>
          <w:cantSplit w:val="1"/>
        </w:trPr>
        <w:tc>
          <w:tcPr>
            <w:tcW w:w="2405"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Sample size:</w:t>
            </w:r>
          </w:p>
        </w:tc>
        <w:tc>
          <w:tcPr>
            <w:tcW w:w="8027" w:type="dxa"/>
            <w:gridSpan w:val="13"/>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544770AB" w14:textId="77777777">
        <w:trPr>
          <w:trHeight w:val="460" w:hRule="atLeast"/>
          <w:cantSplit w:val="1"/>
        </w:trPr>
        <w:tc>
          <w:tcPr>
            <w:tcW w:w="1267"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Style No.</w:t>
            </w:r>
          </w:p>
        </w:tc>
        <w:tc>
          <w:tcPr>
            <w:tcW w:w="1138"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PO No.</w:t>
            </w:r>
          </w:p>
        </w:tc>
        <w:tc>
          <w:tcPr>
            <w:tcW w:w="1007"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Colors</w:t>
            </w:r>
          </w:p>
        </w:tc>
        <w:tc>
          <w:tcPr>
            <w:tcW w:w="957"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Sample size</w:t>
            </w:r>
          </w:p>
        </w:tc>
        <w:tc>
          <w:tcPr>
            <w:tcW w:w="987"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Code No.</w:t>
            </w:r>
          </w:p>
        </w:tc>
        <w:tc>
          <w:tcPr>
            <w:tcW w:w="3485" w:type="dxa"/>
            <w:gridSpan w:val="5"/>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Defect description</w:t>
            </w:r>
          </w:p>
        </w:tc>
        <w:tc>
          <w:tcPr>
            <w:tcW w:w="529"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w:t>
            </w:r>
          </w:p>
        </w:tc>
        <w:tc>
          <w:tcPr>
            <w:tcW w:w="531"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w:t>
            </w:r>
          </w:p>
        </w:tc>
        <w:tc>
          <w:tcPr>
            <w:tcW w:w="531"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w:t>
            </w:r>
          </w:p>
        </w:tc>
      </w:tr>
      <w:tr w:rsidR="003C0E12" w14:paraId="5939CFF0" w14:textId="77777777" w:rsidTr="00964BF9">
        <w:trPr>
          <w:trHeight w:val="320" w:hRule="atLeast"/>
          <w:cantSplit w:val="1"/>
        </w:trPr>
        <w:tc>
          <w:tcPr>
            <w:tcW w:w="1267"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38"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007"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57"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87"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3485" w:type="dxa"/>
            <w:gridSpan w:val="5"/>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29"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1"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1"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24C8BB46" w14:textId="77777777">
        <w:trPr>
          <w:trHeight w:val="320" w:hRule="atLeast"/>
          <w:cantSplit w:val="1"/>
        </w:trPr>
        <w:tc>
          <w:tcPr>
            <w:tcW w:w="3412" w:type="dxa"/>
            <w:gridSpan w:val="3"/>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Total</w:t>
            </w:r>
          </w:p>
        </w:tc>
        <w:tc>
          <w:tcPr>
            <w:tcW w:w="957"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4472" w:type="dxa"/>
            <w:gridSpan w:val="7"/>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Total defects:</w:t>
            </w:r>
          </w:p>
        </w:tc>
        <w:tc>
          <w:tcPr>
            <w:tcW w:w="529"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1"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1"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3E29C90E" w14:textId="77777777">
        <w:trPr>
          <w:trHeight w:val="320" w:hRule="atLeast"/>
          <w:cantSplit w:val="1"/>
        </w:trPr>
        <w:tc>
          <w:tcPr>
            <w:tcW w:w="8841" w:type="dxa"/>
            <w:gridSpan w:val="1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Maximum allowed:</w:t>
            </w:r>
          </w:p>
        </w:tc>
        <w:tc>
          <w:tcPr>
            <w:tcW w:w="529"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1"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1"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342D6233" w14:textId="77777777">
        <w:trPr>
          <w:trHeight w:val="320" w:hRule="atLeast"/>
          <w:cantSplit w:val="1"/>
        </w:trPr>
        <w:tc>
          <w:tcPr>
            <w:tcW w:w="8841" w:type="dxa"/>
            <w:gridSpan w:val="12"/>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t>WORKMANSHIP RESULT:</w:t>
            </w:r>
          </w:p>
        </w:tc>
        <w:tc>
          <w:tcPr>
            <w:tcW w:w="1591" w:type="dxa"/>
            <w:gridSpan w:val="3"/>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r>
    </w:tbl>
    <w:p>
      <w:pPr>
        <w:keepNext w:val="0"/>
        <w:keepLines/>
        <w:widowControl/>
        <w:spacing w:before="0" w:after="0" w:line="140" w:lineRule="exact"/>
        <w:ind w:left="0" w:right="0" w:firstLine="0"/>
      </w:pPr>
    </w:p>
    <w:tbl>
      <w:tblPr>
        <w:tblStyle w:val="TableNormal"/>
        <w:jc w:val="left"/>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30" w:type="dxa"/>
          <w:left w:w="90" w:type="dxa"/>
          <w:bottom w:w="30" w:type="dxa"/>
          <w:right w:w="90" w:type="dxa"/>
        </w:tblCellMar>
        <w:tblInd w:w="90" w:type="dxa"/>
        <w:tblW w:w="10432" w:type="dxa"/>
      </w:tblPr>
      <w:tblGrid>
        <w:gridCol w:w="1267"/>
        <w:gridCol w:w="1138"/>
        <w:gridCol w:w="1007"/>
        <w:gridCol w:w="449"/>
        <w:gridCol w:w="508"/>
        <w:gridCol w:w="391"/>
        <w:gridCol w:w="596"/>
        <w:gridCol w:w="280"/>
        <w:gridCol w:w="851"/>
        <w:gridCol w:w="829"/>
        <w:gridCol w:w="853"/>
        <w:gridCol w:w="672"/>
        <w:gridCol w:w="529"/>
        <w:gridCol w:w="531"/>
        <w:gridCol w:w="531"/>
      </w:tblGrid>
      <w:tr w:rsidR="003C0E12" w14:paraId="131D013F" w14:textId="77777777">
        <w:trPr>
          <w:trHeight w:val="360" w:hRule="atLeast"/>
          <w:cantSplit w:val="1"/>
          <w:tblHeader w:val="1"/>
        </w:trPr>
        <w:tc>
          <w:tcPr>
            <w:tcW w:w="10432" w:type="dxa"/>
            <w:gridSpan w:val="15"/>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6"/>
              </w:rPr>
              <w:t>Inspection method applied</w:t>
            </w:r>
          </w:p>
        </w:tc>
      </w:tr>
      <w:tr w:rsidR="003C0E12" w14:paraId="03AFAC10" w14:textId="77777777">
        <w:trPr>
          <w:trHeight w:val="360" w:hRule="atLeast"/>
          <w:cantSplit w:val="1"/>
        </w:trPr>
        <w:tc>
          <w:tcPr>
            <w:tcW w:w="7316" w:type="dxa"/>
            <w:gridSpan w:val="10"/>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ANSI/ASQ Z1.4-2008, Single sampling plans for normal inspection</w:t>
            </w:r>
          </w:p>
        </w:tc>
        <w:tc>
          <w:tcPr>
            <w:tcW w:w="853"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Level:</w:t>
            </w:r>
          </w:p>
        </w:tc>
        <w:tc>
          <w:tcPr>
            <w:tcW w:w="2263" w:type="dxa"/>
            <w:gridSpan w:val="4"/>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7E80FF64" w14:textId="77777777">
        <w:trPr>
          <w:trHeight w:val="360" w:hRule="atLeast"/>
          <w:cantSplit w:val="1"/>
        </w:trPr>
        <w:tc>
          <w:tcPr>
            <w:tcW w:w="3861" w:type="dxa"/>
            <w:gridSpan w:val="4"/>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Acceptable Quality Limit (AQL) for</w:t>
            </w:r>
          </w:p>
        </w:tc>
        <w:tc>
          <w:tcPr>
            <w:tcW w:w="899"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Critical:</w:t>
            </w:r>
          </w:p>
        </w:tc>
        <w:tc>
          <w:tcPr>
            <w:tcW w:w="876"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51"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Major:</w:t>
            </w:r>
          </w:p>
        </w:tc>
        <w:tc>
          <w:tcPr>
            <w:tcW w:w="829"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53"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Minor:</w:t>
            </w:r>
          </w:p>
        </w:tc>
        <w:tc>
          <w:tcPr>
            <w:tcW w:w="2263" w:type="dxa"/>
            <w:gridSpan w:val="4"/>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2CE595D2" w14:textId="77777777">
        <w:trPr>
          <w:trHeight w:val="320" w:hRule="atLeast"/>
          <w:cantSplit w:val="1"/>
        </w:trPr>
        <w:tc>
          <w:tcPr>
            <w:tcW w:w="2405"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Sample size:</w:t>
            </w:r>
          </w:p>
        </w:tc>
        <w:tc>
          <w:tcPr>
            <w:tcW w:w="8027" w:type="dxa"/>
            <w:gridSpan w:val="13"/>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7A9E28CD" w14:textId="77777777">
        <w:trPr>
          <w:trHeight w:val="460" w:hRule="atLeast"/>
          <w:cantSplit w:val="1"/>
        </w:trPr>
        <w:tc>
          <w:tcPr>
            <w:tcW w:w="1267"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Style No.</w:t>
            </w:r>
          </w:p>
        </w:tc>
        <w:tc>
          <w:tcPr>
            <w:tcW w:w="1138"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PO No.</w:t>
            </w:r>
          </w:p>
        </w:tc>
        <w:tc>
          <w:tcPr>
            <w:tcW w:w="1007"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Colors</w:t>
            </w:r>
          </w:p>
        </w:tc>
        <w:tc>
          <w:tcPr>
            <w:tcW w:w="957"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Sample size</w:t>
            </w:r>
          </w:p>
        </w:tc>
        <w:tc>
          <w:tcPr>
            <w:tcW w:w="987"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Code No.</w:t>
            </w:r>
          </w:p>
        </w:tc>
        <w:tc>
          <w:tcPr>
            <w:tcW w:w="3485" w:type="dxa"/>
            <w:gridSpan w:val="5"/>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Defect description</w:t>
            </w:r>
          </w:p>
        </w:tc>
        <w:tc>
          <w:tcPr>
            <w:tcW w:w="529"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w:t>
            </w:r>
          </w:p>
        </w:tc>
        <w:tc>
          <w:tcPr>
            <w:tcW w:w="531"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w:t>
            </w:r>
          </w:p>
        </w:tc>
        <w:tc>
          <w:tcPr>
            <w:tcW w:w="531"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w:t>
            </w:r>
          </w:p>
        </w:tc>
      </w:tr>
      <w:tr w:rsidR="003C0E12" w14:paraId="71F8D0BB" w14:textId="77777777" w:rsidTr="00964BF9">
        <w:trPr>
          <w:trHeight w:val="320" w:hRule="atLeast"/>
          <w:cantSplit w:val="1"/>
        </w:trPr>
        <w:tc>
          <w:tcPr>
            <w:tcW w:w="1267"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38"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007"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57"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87"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3485" w:type="dxa"/>
            <w:gridSpan w:val="5"/>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29"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1"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1"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67F68CB4" w14:textId="77777777">
        <w:trPr>
          <w:trHeight w:val="320" w:hRule="atLeast"/>
          <w:cantSplit w:val="1"/>
        </w:trPr>
        <w:tc>
          <w:tcPr>
            <w:tcW w:w="3412" w:type="dxa"/>
            <w:gridSpan w:val="3"/>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Total</w:t>
            </w:r>
          </w:p>
        </w:tc>
        <w:tc>
          <w:tcPr>
            <w:tcW w:w="957"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4472" w:type="dxa"/>
            <w:gridSpan w:val="7"/>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Total defects:</w:t>
            </w:r>
          </w:p>
        </w:tc>
        <w:tc>
          <w:tcPr>
            <w:tcW w:w="529"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1"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1"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76041BA9" w14:textId="77777777">
        <w:trPr>
          <w:trHeight w:val="320" w:hRule="atLeast"/>
          <w:cantSplit w:val="1"/>
        </w:trPr>
        <w:tc>
          <w:tcPr>
            <w:tcW w:w="8841" w:type="dxa"/>
            <w:gridSpan w:val="1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Maximum allowed:</w:t>
            </w:r>
          </w:p>
        </w:tc>
        <w:tc>
          <w:tcPr>
            <w:tcW w:w="529"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1"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1"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400C69A6" w14:textId="77777777">
        <w:trPr>
          <w:trHeight w:val="320" w:hRule="atLeast"/>
          <w:cantSplit w:val="1"/>
        </w:trPr>
        <w:tc>
          <w:tcPr>
            <w:tcW w:w="8841" w:type="dxa"/>
            <w:gridSpan w:val="12"/>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t>WORKMANSHIP RESULT:</w:t>
            </w:r>
          </w:p>
        </w:tc>
        <w:tc>
          <w:tcPr>
            <w:tcW w:w="1591" w:type="dxa"/>
            <w:gridSpan w:val="3"/>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r>
    </w:tbl>
    <w:p>
      <w:pPr>
        <w:keepNext w:val="0"/>
        <w:keepLines/>
        <w:widowControl/>
        <w:spacing w:before="0" w:after="0" w:line="140" w:lineRule="exact"/>
        <w:ind w:left="0" w:right="0" w:firstLine="0"/>
      </w:pPr>
    </w:p>
    <w:tbl>
      <w:tblPr>
        <w:tblStyle w:val="TableNormal"/>
        <w:jc w:val="left"/>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30" w:type="dxa"/>
          <w:left w:w="90" w:type="dxa"/>
          <w:bottom w:w="30" w:type="dxa"/>
          <w:right w:w="90" w:type="dxa"/>
        </w:tblCellMar>
        <w:tblInd w:w="90" w:type="dxa"/>
        <w:tblW w:w="10432" w:type="dxa"/>
      </w:tblPr>
      <w:tblGrid>
        <w:gridCol w:w="1269"/>
        <w:gridCol w:w="1147"/>
        <w:gridCol w:w="1000"/>
        <w:gridCol w:w="448"/>
        <w:gridCol w:w="508"/>
        <w:gridCol w:w="390"/>
        <w:gridCol w:w="595"/>
        <w:gridCol w:w="280"/>
        <w:gridCol w:w="851"/>
        <w:gridCol w:w="830"/>
        <w:gridCol w:w="853"/>
        <w:gridCol w:w="672"/>
        <w:gridCol w:w="529"/>
        <w:gridCol w:w="531"/>
        <w:gridCol w:w="529"/>
      </w:tblGrid>
      <w:tr w:rsidR="003C0E12" w14:paraId="0540B4DD" w14:textId="77777777">
        <w:trPr>
          <w:trHeight w:val="360" w:hRule="atLeast"/>
          <w:cantSplit w:val="1"/>
          <w:tblHeader w:val="1"/>
        </w:trPr>
        <w:tc>
          <w:tcPr>
            <w:tcW w:w="10432" w:type="dxa"/>
            <w:gridSpan w:val="15"/>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6"/>
              </w:rPr>
              <w:t>Inspection method applied</w:t>
            </w:r>
          </w:p>
        </w:tc>
      </w:tr>
      <w:tr w:rsidR="003C0E12" w14:paraId="2C49D391" w14:textId="77777777">
        <w:trPr>
          <w:trHeight w:val="360" w:hRule="atLeast"/>
          <w:cantSplit w:val="1"/>
        </w:trPr>
        <w:tc>
          <w:tcPr>
            <w:tcW w:w="7318" w:type="dxa"/>
            <w:gridSpan w:val="10"/>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ANSI/ASQ Z1.4-2008, Single sampling plans for normal inspection</w:t>
            </w:r>
          </w:p>
        </w:tc>
        <w:tc>
          <w:tcPr>
            <w:tcW w:w="853"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Level:</w:t>
            </w:r>
          </w:p>
        </w:tc>
        <w:tc>
          <w:tcPr>
            <w:tcW w:w="2261" w:type="dxa"/>
            <w:gridSpan w:val="4"/>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5B1F548A" w14:textId="77777777">
        <w:trPr>
          <w:trHeight w:val="360" w:hRule="atLeast"/>
          <w:cantSplit w:val="1"/>
        </w:trPr>
        <w:tc>
          <w:tcPr>
            <w:tcW w:w="3864" w:type="dxa"/>
            <w:gridSpan w:val="4"/>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Acceptable Quality Limit (AQL) for</w:t>
            </w:r>
          </w:p>
        </w:tc>
        <w:tc>
          <w:tcPr>
            <w:tcW w:w="898"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Critical:</w:t>
            </w:r>
          </w:p>
        </w:tc>
        <w:tc>
          <w:tcPr>
            <w:tcW w:w="875"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51"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Major:</w:t>
            </w:r>
          </w:p>
        </w:tc>
        <w:tc>
          <w:tcPr>
            <w:tcW w:w="83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53"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Minor:</w:t>
            </w:r>
          </w:p>
        </w:tc>
        <w:tc>
          <w:tcPr>
            <w:tcW w:w="2261" w:type="dxa"/>
            <w:gridSpan w:val="4"/>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250D6A09" w14:textId="77777777">
        <w:trPr>
          <w:trHeight w:val="320" w:hRule="atLeast"/>
          <w:cantSplit w:val="1"/>
        </w:trPr>
        <w:tc>
          <w:tcPr>
            <w:tcW w:w="2416"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Sample size:</w:t>
            </w:r>
          </w:p>
        </w:tc>
        <w:tc>
          <w:tcPr>
            <w:tcW w:w="8016" w:type="dxa"/>
            <w:gridSpan w:val="13"/>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410686B5" w14:textId="77777777">
        <w:trPr>
          <w:trHeight w:val="460" w:hRule="atLeast"/>
          <w:cantSplit w:val="1"/>
        </w:trPr>
        <w:tc>
          <w:tcPr>
            <w:tcW w:w="1269"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Style No.</w:t>
            </w:r>
          </w:p>
        </w:tc>
        <w:tc>
          <w:tcPr>
            <w:tcW w:w="1147"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PO No.</w:t>
            </w:r>
          </w:p>
        </w:tc>
        <w:tc>
          <w:tcPr>
            <w:tcW w:w="100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Colors</w:t>
            </w:r>
          </w:p>
        </w:tc>
        <w:tc>
          <w:tcPr>
            <w:tcW w:w="956"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Sample size</w:t>
            </w:r>
          </w:p>
        </w:tc>
        <w:tc>
          <w:tcPr>
            <w:tcW w:w="985"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Code No.</w:t>
            </w:r>
          </w:p>
        </w:tc>
        <w:tc>
          <w:tcPr>
            <w:tcW w:w="3486" w:type="dxa"/>
            <w:gridSpan w:val="5"/>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Defect description</w:t>
            </w:r>
          </w:p>
        </w:tc>
        <w:tc>
          <w:tcPr>
            <w:tcW w:w="529"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w:t>
            </w:r>
          </w:p>
        </w:tc>
        <w:tc>
          <w:tcPr>
            <w:tcW w:w="531"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w:t>
            </w:r>
          </w:p>
        </w:tc>
        <w:tc>
          <w:tcPr>
            <w:tcW w:w="529"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w:t>
            </w:r>
          </w:p>
        </w:tc>
      </w:tr>
      <w:tr w:rsidR="003C0E12" w14:paraId="79C7F645" w14:textId="77777777">
        <w:trPr>
          <w:trHeight w:val="320" w:hRule="atLeast"/>
          <w:cantSplit w:val="1"/>
        </w:trPr>
        <w:tc>
          <w:tcPr>
            <w:tcW w:w="1269"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47"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000"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56" w:type="dxa"/>
            <w:gridSpan w:val="2"/>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85"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3486" w:type="dxa"/>
            <w:gridSpan w:val="5"/>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29"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1"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29"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015CA43F" w14:textId="77777777" w:rsidTr="00964BF9">
        <w:trPr>
          <w:trHeight w:val="320" w:hRule="atLeast"/>
          <w:cantSplit w:val="1"/>
        </w:trPr>
        <w:tc>
          <w:tcPr>
            <w:tcW w:w="1269"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47"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000"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56" w:type="dxa"/>
            <w:gridSpan w:val="2"/>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85"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3486" w:type="dxa"/>
            <w:gridSpan w:val="5"/>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29"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1"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29"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15974BEB" w14:textId="77777777">
        <w:trPr>
          <w:trHeight w:val="320" w:hRule="atLeast"/>
          <w:cantSplit w:val="1"/>
        </w:trPr>
        <w:tc>
          <w:tcPr>
            <w:tcW w:w="3416" w:type="dxa"/>
            <w:gridSpan w:val="3"/>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Total</w:t>
            </w:r>
          </w:p>
        </w:tc>
        <w:tc>
          <w:tcPr>
            <w:tcW w:w="956"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4471" w:type="dxa"/>
            <w:gridSpan w:val="7"/>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Total defects:</w:t>
            </w:r>
          </w:p>
        </w:tc>
        <w:tc>
          <w:tcPr>
            <w:tcW w:w="529"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1"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29"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1F82DD49" w14:textId="77777777">
        <w:trPr>
          <w:trHeight w:val="320" w:hRule="atLeast"/>
          <w:cantSplit w:val="1"/>
        </w:trPr>
        <w:tc>
          <w:tcPr>
            <w:tcW w:w="8843" w:type="dxa"/>
            <w:gridSpan w:val="1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Maximum allowed:</w:t>
            </w:r>
          </w:p>
        </w:tc>
        <w:tc>
          <w:tcPr>
            <w:tcW w:w="529"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1"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29"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5499BC72" w14:textId="77777777">
        <w:trPr>
          <w:trHeight w:val="320" w:hRule="atLeast"/>
          <w:cantSplit w:val="1"/>
        </w:trPr>
        <w:tc>
          <w:tcPr>
            <w:tcW w:w="8843" w:type="dxa"/>
            <w:gridSpan w:val="12"/>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t>WORKMANSHIP RESULT:</w:t>
            </w:r>
          </w:p>
        </w:tc>
        <w:tc>
          <w:tcPr>
            <w:tcW w:w="1589" w:type="dxa"/>
            <w:gridSpan w:val="3"/>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r>
    </w:tbl>
    <w:p>
      <w:pPr>
        <w:keepNext w:val="0"/>
        <w:keepLines/>
        <w:widowControl/>
        <w:spacing w:before="0" w:after="0" w:line="140" w:lineRule="exact"/>
        <w:ind w:left="0" w:right="0" w:firstLine="0"/>
      </w:pPr>
    </w:p>
    <w:tbl>
      <w:tblPr>
        <w:tblStyle w:val="TableNormal"/>
        <w:jc w:val="left"/>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30" w:type="dxa"/>
          <w:left w:w="90" w:type="dxa"/>
          <w:bottom w:w="30" w:type="dxa"/>
          <w:right w:w="90" w:type="dxa"/>
        </w:tblCellMar>
        <w:tblInd w:w="90" w:type="dxa"/>
        <w:tblW w:w="10432" w:type="dxa"/>
      </w:tblPr>
      <w:tblGrid>
        <w:gridCol w:w="1266"/>
        <w:gridCol w:w="1154"/>
        <w:gridCol w:w="993"/>
        <w:gridCol w:w="7"/>
        <w:gridCol w:w="443"/>
        <w:gridCol w:w="510"/>
        <w:gridCol w:w="7"/>
        <w:gridCol w:w="385"/>
        <w:gridCol w:w="448"/>
        <w:gridCol w:w="431"/>
        <w:gridCol w:w="852"/>
        <w:gridCol w:w="830"/>
        <w:gridCol w:w="854"/>
        <w:gridCol w:w="673"/>
        <w:gridCol w:w="10"/>
        <w:gridCol w:w="520"/>
        <w:gridCol w:w="11"/>
        <w:gridCol w:w="521"/>
        <w:gridCol w:w="12"/>
        <w:gridCol w:w="505"/>
      </w:tblGrid>
      <w:tr w:rsidR="003C0E12" w14:paraId="6F90D493" w14:textId="77777777" w:rsidTr="008B0EC0">
        <w:trPr>
          <w:trHeight w:val="360" w:hRule="atLeast"/>
          <w:cantSplit w:val="1"/>
          <w:tblHeader w:val="1"/>
        </w:trPr>
        <w:tc>
          <w:tcPr>
            <w:tcW w:w="10432" w:type="dxa"/>
            <w:gridSpan w:val="20"/>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6"/>
              </w:rPr>
              <w:t>Inspection method applied</w:t>
            </w:r>
          </w:p>
        </w:tc>
      </w:tr>
      <w:tr w:rsidR="003C0E12" w14:paraId="38DE4210" w14:textId="77777777" w:rsidTr="00C44E96">
        <w:trPr>
          <w:trHeight w:val="360" w:hRule="atLeast"/>
          <w:cantSplit w:val="1"/>
        </w:trPr>
        <w:tc>
          <w:tcPr>
            <w:tcW w:w="7326" w:type="dxa"/>
            <w:gridSpan w:val="1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ANSI/ASQ Z1.4-2008, Single sampling plans for normal inspection</w:t>
            </w:r>
          </w:p>
        </w:tc>
        <w:tc>
          <w:tcPr>
            <w:tcW w:w="854"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Level:</w:t>
            </w:r>
          </w:p>
        </w:tc>
        <w:tc>
          <w:tcPr>
            <w:tcW w:w="2252" w:type="dxa"/>
            <w:gridSpan w:val="7"/>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71B22F41" w14:textId="77777777" w:rsidTr="00C44E96">
        <w:trPr>
          <w:trHeight w:val="360" w:hRule="atLeast"/>
          <w:cantSplit w:val="1"/>
        </w:trPr>
        <w:tc>
          <w:tcPr>
            <w:tcW w:w="3863" w:type="dxa"/>
            <w:gridSpan w:val="5"/>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Acceptable Quality Limit (AQL) for</w:t>
            </w:r>
          </w:p>
        </w:tc>
        <w:tc>
          <w:tcPr>
            <w:tcW w:w="902" w:type="dxa"/>
            <w:gridSpan w:val="3"/>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Critical:</w:t>
            </w:r>
          </w:p>
        </w:tc>
        <w:tc>
          <w:tcPr>
            <w:tcW w:w="879"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5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Major:</w:t>
            </w:r>
          </w:p>
        </w:tc>
        <w:tc>
          <w:tcPr>
            <w:tcW w:w="83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54"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Minor:</w:t>
            </w:r>
          </w:p>
        </w:tc>
        <w:tc>
          <w:tcPr>
            <w:tcW w:w="2252" w:type="dxa"/>
            <w:gridSpan w:val="7"/>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0FED29ED" w14:textId="77777777" w:rsidTr="00C44E96">
        <w:trPr>
          <w:trHeight w:val="320" w:hRule="atLeast"/>
          <w:cantSplit w:val="1"/>
        </w:trPr>
        <w:tc>
          <w:tcPr>
            <w:tcW w:w="2420"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Sample size:</w:t>
            </w:r>
          </w:p>
        </w:tc>
        <w:tc>
          <w:tcPr>
            <w:tcW w:w="8012" w:type="dxa"/>
            <w:gridSpan w:val="18"/>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23657666" w14:textId="77777777" w:rsidTr="00C44E96">
        <w:trPr>
          <w:trHeight w:val="460" w:hRule="atLeast"/>
          <w:cantSplit w:val="1"/>
        </w:trPr>
        <w:tc>
          <w:tcPr>
            <w:tcW w:w="126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Style No.</w:t>
            </w:r>
          </w:p>
        </w:tc>
        <w:tc>
          <w:tcPr>
            <w:tcW w:w="1154"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PO No.</w:t>
            </w:r>
          </w:p>
        </w:tc>
        <w:tc>
          <w:tcPr>
            <w:tcW w:w="1000"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Colors</w:t>
            </w:r>
          </w:p>
        </w:tc>
        <w:tc>
          <w:tcPr>
            <w:tcW w:w="960" w:type="dxa"/>
            <w:gridSpan w:val="3"/>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Sample size</w:t>
            </w:r>
          </w:p>
        </w:tc>
        <w:tc>
          <w:tcPr>
            <w:tcW w:w="833"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Code No.</w:t>
            </w:r>
          </w:p>
        </w:tc>
        <w:tc>
          <w:tcPr>
            <w:tcW w:w="3640" w:type="dxa"/>
            <w:gridSpan w:val="5"/>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Defect description</w:t>
            </w:r>
          </w:p>
        </w:tc>
        <w:tc>
          <w:tcPr>
            <w:tcW w:w="530"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w:t>
            </w:r>
          </w:p>
        </w:tc>
        <w:tc>
          <w:tcPr>
            <w:tcW w:w="532"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w:t>
            </w:r>
          </w:p>
        </w:tc>
        <w:tc>
          <w:tcPr>
            <w:tcW w:w="517"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w:t>
            </w:r>
          </w:p>
        </w:tc>
      </w:tr>
      <w:tr w:rsidR="003C0E12" w14:paraId="2C53276A" w14:textId="77777777" w:rsidTr="00C44E96">
        <w:trPr>
          <w:trHeight w:val="320" w:hRule="atLeast"/>
          <w:cantSplit w:val="1"/>
        </w:trPr>
        <w:tc>
          <w:tcPr>
            <w:tcW w:w="1266"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54"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000" w:type="dxa"/>
            <w:gridSpan w:val="2"/>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60" w:type="dxa"/>
            <w:gridSpan w:val="3"/>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33"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3640" w:type="dxa"/>
            <w:gridSpan w:val="5"/>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0"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17"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2E8C340A" w14:textId="77777777" w:rsidTr="00C44E96">
        <w:trPr>
          <w:trHeight w:val="320" w:hRule="atLeast"/>
          <w:cantSplit w:val="1"/>
        </w:trPr>
        <w:tc>
          <w:tcPr>
            <w:tcW w:w="1266"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54"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000" w:type="dxa"/>
            <w:gridSpan w:val="2"/>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60" w:type="dxa"/>
            <w:gridSpan w:val="3"/>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33"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3640" w:type="dxa"/>
            <w:gridSpan w:val="5"/>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0"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17"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7FA244AC" w14:textId="77777777" w:rsidTr="00C44E96">
        <w:trPr>
          <w:trHeight w:val="320" w:hRule="atLeast"/>
          <w:cantSplit w:val="1"/>
        </w:trPr>
        <w:tc>
          <w:tcPr>
            <w:tcW w:w="3420" w:type="dxa"/>
            <w:gridSpan w:val="4"/>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Total</w:t>
            </w:r>
          </w:p>
        </w:tc>
        <w:tc>
          <w:tcPr>
            <w:tcW w:w="960" w:type="dxa"/>
            <w:gridSpan w:val="3"/>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4473" w:type="dxa"/>
            <w:gridSpan w:val="7"/>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Total defects:</w:t>
            </w:r>
          </w:p>
        </w:tc>
        <w:tc>
          <w:tcPr>
            <w:tcW w:w="530"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17"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4A4DF2B3" w14:textId="77777777" w:rsidTr="008B0EC0">
        <w:trPr>
          <w:trHeight w:val="320" w:hRule="atLeast"/>
          <w:cantSplit w:val="1"/>
        </w:trPr>
        <w:tc>
          <w:tcPr>
            <w:tcW w:w="8853" w:type="dxa"/>
            <w:gridSpan w:val="14"/>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Maximum allowed:</w:t>
            </w:r>
          </w:p>
        </w:tc>
        <w:tc>
          <w:tcPr>
            <w:tcW w:w="530"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17"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78C91357" w14:textId="77777777" w:rsidTr="008B0EC0">
        <w:trPr>
          <w:trHeight w:val="320" w:hRule="atLeast"/>
          <w:cantSplit w:val="1"/>
        </w:trPr>
        <w:tc>
          <w:tcPr>
            <w:tcW w:w="8853" w:type="dxa"/>
            <w:gridSpan w:val="14"/>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t>WORKMANSHIP RESULT:</w:t>
            </w:r>
          </w:p>
        </w:tc>
        <w:tc>
          <w:tcPr>
            <w:tcW w:w="1579" w:type="dxa"/>
            <w:gridSpan w:val="6"/>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r>
    </w:tbl>
    <w:p>
      <w:pPr>
        <w:keepNext w:val="0"/>
        <w:keepLines/>
        <w:widowControl/>
        <w:spacing w:before="0" w:after="0" w:line="140" w:lineRule="exact"/>
        <w:ind w:left="0" w:right="0" w:firstLine="0"/>
      </w:pPr>
    </w:p>
    <w:tbl>
      <w:tblPr>
        <w:tblStyle w:val="TableNormal"/>
        <w:jc w:val="left"/>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30" w:type="dxa"/>
          <w:left w:w="90" w:type="dxa"/>
          <w:bottom w:w="30" w:type="dxa"/>
          <w:right w:w="90" w:type="dxa"/>
        </w:tblCellMar>
        <w:tblInd w:w="90" w:type="dxa"/>
        <w:tblW w:w="10432" w:type="dxa"/>
      </w:tblPr>
      <w:tblGrid>
        <w:gridCol w:w="1266"/>
        <w:gridCol w:w="1154"/>
        <w:gridCol w:w="993"/>
        <w:gridCol w:w="7"/>
        <w:gridCol w:w="443"/>
        <w:gridCol w:w="510"/>
        <w:gridCol w:w="7"/>
        <w:gridCol w:w="385"/>
        <w:gridCol w:w="448"/>
        <w:gridCol w:w="431"/>
        <w:gridCol w:w="852"/>
        <w:gridCol w:w="830"/>
        <w:gridCol w:w="854"/>
        <w:gridCol w:w="673"/>
        <w:gridCol w:w="10"/>
        <w:gridCol w:w="520"/>
        <w:gridCol w:w="11"/>
        <w:gridCol w:w="521"/>
        <w:gridCol w:w="12"/>
        <w:gridCol w:w="505"/>
      </w:tblGrid>
      <w:tr w:rsidR="003C0E12" w14:paraId="45DE3288" w14:textId="77777777" w:rsidTr="008B0EC0">
        <w:trPr>
          <w:trHeight w:val="360" w:hRule="atLeast"/>
          <w:cantSplit w:val="1"/>
          <w:tblHeader w:val="1"/>
        </w:trPr>
        <w:tc>
          <w:tcPr>
            <w:tcW w:w="10432" w:type="dxa"/>
            <w:gridSpan w:val="20"/>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6"/>
              </w:rPr>
              <w:t>Inspection method applied</w:t>
            </w:r>
          </w:p>
        </w:tc>
      </w:tr>
      <w:tr w:rsidR="003C0E12" w14:paraId="39273494" w14:textId="77777777" w:rsidTr="00C44E96">
        <w:trPr>
          <w:trHeight w:val="360" w:hRule="atLeast"/>
          <w:cantSplit w:val="1"/>
        </w:trPr>
        <w:tc>
          <w:tcPr>
            <w:tcW w:w="7326" w:type="dxa"/>
            <w:gridSpan w:val="1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ANSI/ASQ Z1.4-2008, Single sampling plans for normal inspection</w:t>
            </w:r>
          </w:p>
        </w:tc>
        <w:tc>
          <w:tcPr>
            <w:tcW w:w="854"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Level:</w:t>
            </w:r>
          </w:p>
        </w:tc>
        <w:tc>
          <w:tcPr>
            <w:tcW w:w="2252" w:type="dxa"/>
            <w:gridSpan w:val="7"/>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70AFDD8B" w14:textId="77777777" w:rsidTr="00C44E96">
        <w:trPr>
          <w:trHeight w:val="360" w:hRule="atLeast"/>
          <w:cantSplit w:val="1"/>
        </w:trPr>
        <w:tc>
          <w:tcPr>
            <w:tcW w:w="3863" w:type="dxa"/>
            <w:gridSpan w:val="5"/>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Acceptable Quality Limit (AQL) for</w:t>
            </w:r>
          </w:p>
        </w:tc>
        <w:tc>
          <w:tcPr>
            <w:tcW w:w="902" w:type="dxa"/>
            <w:gridSpan w:val="3"/>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Critical:</w:t>
            </w:r>
          </w:p>
        </w:tc>
        <w:tc>
          <w:tcPr>
            <w:tcW w:w="879"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5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Major:</w:t>
            </w:r>
          </w:p>
        </w:tc>
        <w:tc>
          <w:tcPr>
            <w:tcW w:w="83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54"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Minor:</w:t>
            </w:r>
          </w:p>
        </w:tc>
        <w:tc>
          <w:tcPr>
            <w:tcW w:w="2252" w:type="dxa"/>
            <w:gridSpan w:val="7"/>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32EA6A00" w14:textId="77777777" w:rsidTr="00C44E96">
        <w:trPr>
          <w:trHeight w:val="320" w:hRule="atLeast"/>
          <w:cantSplit w:val="1"/>
        </w:trPr>
        <w:tc>
          <w:tcPr>
            <w:tcW w:w="2420"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Sample size:</w:t>
            </w:r>
          </w:p>
        </w:tc>
        <w:tc>
          <w:tcPr>
            <w:tcW w:w="8012" w:type="dxa"/>
            <w:gridSpan w:val="18"/>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0BCC23F8" w14:textId="77777777" w:rsidTr="00C44E96">
        <w:trPr>
          <w:trHeight w:val="460" w:hRule="atLeast"/>
          <w:cantSplit w:val="1"/>
        </w:trPr>
        <w:tc>
          <w:tcPr>
            <w:tcW w:w="126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Style No.</w:t>
            </w:r>
          </w:p>
        </w:tc>
        <w:tc>
          <w:tcPr>
            <w:tcW w:w="1154"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PO No.</w:t>
            </w:r>
          </w:p>
        </w:tc>
        <w:tc>
          <w:tcPr>
            <w:tcW w:w="993"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Colors</w:t>
            </w:r>
          </w:p>
        </w:tc>
        <w:tc>
          <w:tcPr>
            <w:tcW w:w="960" w:type="dxa"/>
            <w:gridSpan w:val="3"/>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Sample size</w:t>
            </w:r>
          </w:p>
        </w:tc>
        <w:tc>
          <w:tcPr>
            <w:tcW w:w="840" w:type="dxa"/>
            <w:gridSpan w:val="3"/>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Code No.</w:t>
            </w:r>
          </w:p>
        </w:tc>
        <w:tc>
          <w:tcPr>
            <w:tcW w:w="3650" w:type="dxa"/>
            <w:gridSpan w:val="6"/>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Defect description</w:t>
            </w:r>
          </w:p>
        </w:tc>
        <w:tc>
          <w:tcPr>
            <w:tcW w:w="531"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w:t>
            </w:r>
          </w:p>
        </w:tc>
        <w:tc>
          <w:tcPr>
            <w:tcW w:w="533"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w:t>
            </w:r>
          </w:p>
        </w:tc>
        <w:tc>
          <w:tcPr>
            <w:tcW w:w="50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w:t>
            </w:r>
          </w:p>
        </w:tc>
      </w:tr>
      <w:tr w:rsidR="003C0E12" w14:paraId="285F0938" w14:textId="77777777" w:rsidTr="00C44E96">
        <w:trPr>
          <w:trHeight w:val="320" w:hRule="atLeast"/>
          <w:cantSplit w:val="1"/>
        </w:trPr>
        <w:tc>
          <w:tcPr>
            <w:tcW w:w="1266"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54"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93"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60" w:type="dxa"/>
            <w:gridSpan w:val="3"/>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40" w:type="dxa"/>
            <w:gridSpan w:val="3"/>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3650" w:type="dxa"/>
            <w:gridSpan w:val="6"/>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1"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3"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7CF7778D" w14:textId="77777777" w:rsidTr="00C44E96">
        <w:trPr>
          <w:trHeight w:val="320" w:hRule="atLeast"/>
          <w:cantSplit w:val="1"/>
        </w:trPr>
        <w:tc>
          <w:tcPr>
            <w:tcW w:w="1266"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54"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93"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60" w:type="dxa"/>
            <w:gridSpan w:val="3"/>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40" w:type="dxa"/>
            <w:gridSpan w:val="3"/>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3650" w:type="dxa"/>
            <w:gridSpan w:val="6"/>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1"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3"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3718DD79" w14:textId="77777777" w:rsidTr="00C44E96">
        <w:trPr>
          <w:trHeight w:val="320" w:hRule="atLeast"/>
          <w:cantSplit w:val="1"/>
        </w:trPr>
        <w:tc>
          <w:tcPr>
            <w:tcW w:w="3413" w:type="dxa"/>
            <w:gridSpan w:val="3"/>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Total</w:t>
            </w:r>
          </w:p>
        </w:tc>
        <w:tc>
          <w:tcPr>
            <w:tcW w:w="960" w:type="dxa"/>
            <w:gridSpan w:val="3"/>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4490" w:type="dxa"/>
            <w:gridSpan w:val="9"/>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Total defects:</w:t>
            </w:r>
          </w:p>
        </w:tc>
        <w:tc>
          <w:tcPr>
            <w:tcW w:w="531"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3"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0D18EA61" w14:textId="77777777" w:rsidTr="008B0EC0">
        <w:trPr>
          <w:trHeight w:val="320" w:hRule="atLeast"/>
          <w:cantSplit w:val="1"/>
        </w:trPr>
        <w:tc>
          <w:tcPr>
            <w:tcW w:w="8863" w:type="dxa"/>
            <w:gridSpan w:val="15"/>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Maximum allowed:</w:t>
            </w:r>
          </w:p>
        </w:tc>
        <w:tc>
          <w:tcPr>
            <w:tcW w:w="531"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3"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6C69FDED" w14:textId="77777777" w:rsidTr="008B0EC0">
        <w:trPr>
          <w:trHeight w:val="320" w:hRule="atLeast"/>
          <w:cantSplit w:val="1"/>
        </w:trPr>
        <w:tc>
          <w:tcPr>
            <w:tcW w:w="8863" w:type="dxa"/>
            <w:gridSpan w:val="15"/>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t>WORKMANSHIP RESULT:</w:t>
            </w:r>
          </w:p>
        </w:tc>
        <w:tc>
          <w:tcPr>
            <w:tcW w:w="1569" w:type="dxa"/>
            <w:gridSpan w:val="5"/>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r>
    </w:tbl>
    <w:p>
      <w:pPr>
        <w:keepNext w:val="0"/>
        <w:keepLines/>
        <w:widowControl/>
        <w:spacing w:before="0" w:after="0" w:line="140" w:lineRule="exact"/>
        <w:ind w:left="0" w:right="0" w:firstLine="0"/>
      </w:pPr>
    </w:p>
    <w:tbl>
      <w:tblPr>
        <w:tblStyle w:val="TableNormal"/>
        <w:jc w:val="left"/>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30" w:type="dxa"/>
          <w:left w:w="90" w:type="dxa"/>
          <w:bottom w:w="30" w:type="dxa"/>
          <w:right w:w="90" w:type="dxa"/>
        </w:tblCellMar>
        <w:tblInd w:w="90" w:type="dxa"/>
        <w:tblW w:w="10432" w:type="dxa"/>
      </w:tblPr>
      <w:tblGrid>
        <w:gridCol w:w="1270"/>
        <w:gridCol w:w="1156"/>
        <w:gridCol w:w="995"/>
        <w:gridCol w:w="450"/>
        <w:gridCol w:w="510"/>
        <w:gridCol w:w="392"/>
        <w:gridCol w:w="438"/>
        <w:gridCol w:w="441"/>
        <w:gridCol w:w="854"/>
        <w:gridCol w:w="832"/>
        <w:gridCol w:w="856"/>
        <w:gridCol w:w="674"/>
        <w:gridCol w:w="530"/>
        <w:gridCol w:w="532"/>
        <w:gridCol w:w="502"/>
      </w:tblGrid>
      <w:tr w:rsidR="003C0E12" w14:paraId="6D5E1BF0" w14:textId="77777777" w:rsidTr="008B0EC0">
        <w:trPr>
          <w:trHeight w:val="360" w:hRule="atLeast"/>
          <w:cantSplit w:val="1"/>
          <w:tblHeader w:val="1"/>
        </w:trPr>
        <w:tc>
          <w:tcPr>
            <w:tcW w:w="10432" w:type="dxa"/>
            <w:gridSpan w:val="15"/>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6"/>
              </w:rPr>
              <w:t>Inspection method applied</w:t>
            </w:r>
          </w:p>
        </w:tc>
      </w:tr>
      <w:tr w:rsidR="003C0E12" w14:paraId="1C44BDAB" w14:textId="77777777" w:rsidTr="008B0EC0">
        <w:trPr>
          <w:trHeight w:val="360" w:hRule="atLeast"/>
          <w:cantSplit w:val="1"/>
        </w:trPr>
        <w:tc>
          <w:tcPr>
            <w:tcW w:w="7338" w:type="dxa"/>
            <w:gridSpan w:val="10"/>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ANSI/ASQ Z1.4-2008, Single sampling plans for normal inspection</w:t>
            </w:r>
          </w:p>
        </w:tc>
        <w:tc>
          <w:tcPr>
            <w:tcW w:w="856"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Level:</w:t>
            </w:r>
          </w:p>
        </w:tc>
        <w:tc>
          <w:tcPr>
            <w:tcW w:w="2238" w:type="dxa"/>
            <w:gridSpan w:val="4"/>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05B962B4" w14:textId="77777777" w:rsidTr="008B0EC0">
        <w:trPr>
          <w:trHeight w:val="360" w:hRule="atLeast"/>
          <w:cantSplit w:val="1"/>
        </w:trPr>
        <w:tc>
          <w:tcPr>
            <w:tcW w:w="3871" w:type="dxa"/>
            <w:gridSpan w:val="4"/>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Acceptable Quality Limit (AQL) for</w:t>
            </w:r>
          </w:p>
        </w:tc>
        <w:tc>
          <w:tcPr>
            <w:tcW w:w="902"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Critical:</w:t>
            </w:r>
          </w:p>
        </w:tc>
        <w:tc>
          <w:tcPr>
            <w:tcW w:w="879"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54"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Major:</w:t>
            </w:r>
          </w:p>
        </w:tc>
        <w:tc>
          <w:tcPr>
            <w:tcW w:w="83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5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Minor:</w:t>
            </w:r>
          </w:p>
        </w:tc>
        <w:tc>
          <w:tcPr>
            <w:tcW w:w="2238" w:type="dxa"/>
            <w:gridSpan w:val="4"/>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0B06902F" w14:textId="77777777" w:rsidTr="008B0EC0">
        <w:trPr>
          <w:trHeight w:val="320" w:hRule="atLeast"/>
          <w:cantSplit w:val="1"/>
        </w:trPr>
        <w:tc>
          <w:tcPr>
            <w:tcW w:w="2426"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Sample size:</w:t>
            </w:r>
          </w:p>
        </w:tc>
        <w:tc>
          <w:tcPr>
            <w:tcW w:w="8006" w:type="dxa"/>
            <w:gridSpan w:val="13"/>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4201F82C" w14:textId="77777777" w:rsidTr="008B0EC0">
        <w:trPr>
          <w:trHeight w:val="460" w:hRule="atLeast"/>
          <w:cantSplit w:val="1"/>
        </w:trPr>
        <w:tc>
          <w:tcPr>
            <w:tcW w:w="127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Style No.</w:t>
            </w:r>
          </w:p>
        </w:tc>
        <w:tc>
          <w:tcPr>
            <w:tcW w:w="115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PO No.</w:t>
            </w:r>
          </w:p>
        </w:tc>
        <w:tc>
          <w:tcPr>
            <w:tcW w:w="99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Colors</w:t>
            </w:r>
          </w:p>
        </w:tc>
        <w:tc>
          <w:tcPr>
            <w:tcW w:w="960"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Sample size</w:t>
            </w:r>
          </w:p>
        </w:tc>
        <w:tc>
          <w:tcPr>
            <w:tcW w:w="830"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Code No.</w:t>
            </w:r>
          </w:p>
        </w:tc>
        <w:tc>
          <w:tcPr>
            <w:tcW w:w="3657" w:type="dxa"/>
            <w:gridSpan w:val="5"/>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Defect description</w:t>
            </w:r>
          </w:p>
        </w:tc>
        <w:tc>
          <w:tcPr>
            <w:tcW w:w="53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w:t>
            </w:r>
          </w:p>
        </w:tc>
        <w:tc>
          <w:tcPr>
            <w:tcW w:w="53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w:t>
            </w:r>
          </w:p>
        </w:tc>
        <w:tc>
          <w:tcPr>
            <w:tcW w:w="50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w:t>
            </w:r>
          </w:p>
        </w:tc>
      </w:tr>
      <w:tr w:rsidR="003C0E12" w14:paraId="5D5919C1" w14:textId="77777777" w:rsidTr="008B0EC0">
        <w:trPr>
          <w:trHeight w:val="320" w:hRule="atLeast"/>
          <w:cantSplit w:val="1"/>
        </w:trPr>
        <w:tc>
          <w:tcPr>
            <w:tcW w:w="1270"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56"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95"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60" w:type="dxa"/>
            <w:gridSpan w:val="2"/>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30"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3657" w:type="dxa"/>
            <w:gridSpan w:val="5"/>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0"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3895590F" w14:textId="77777777" w:rsidTr="008B0EC0">
        <w:trPr>
          <w:trHeight w:val="320" w:hRule="atLeast"/>
          <w:cantSplit w:val="1"/>
        </w:trPr>
        <w:tc>
          <w:tcPr>
            <w:tcW w:w="1270"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56"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95"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60" w:type="dxa"/>
            <w:gridSpan w:val="2"/>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30"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3657" w:type="dxa"/>
            <w:gridSpan w:val="5"/>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07C7B04F" w14:textId="77777777" w:rsidTr="008B0EC0">
        <w:trPr>
          <w:trHeight w:val="320" w:hRule="atLeast"/>
          <w:cantSplit w:val="1"/>
        </w:trPr>
        <w:tc>
          <w:tcPr>
            <w:tcW w:w="3421" w:type="dxa"/>
            <w:gridSpan w:val="3"/>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Total</w:t>
            </w:r>
          </w:p>
        </w:tc>
        <w:tc>
          <w:tcPr>
            <w:tcW w:w="960"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4487" w:type="dxa"/>
            <w:gridSpan w:val="7"/>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Total defects:</w:t>
            </w:r>
          </w:p>
        </w:tc>
        <w:tc>
          <w:tcPr>
            <w:tcW w:w="530"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4B4A392A" w14:textId="77777777" w:rsidTr="008B0EC0">
        <w:trPr>
          <w:trHeight w:val="320" w:hRule="atLeast"/>
          <w:cantSplit w:val="1"/>
        </w:trPr>
        <w:tc>
          <w:tcPr>
            <w:tcW w:w="8868" w:type="dxa"/>
            <w:gridSpan w:val="1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Maximum allowed:</w:t>
            </w:r>
          </w:p>
        </w:tc>
        <w:tc>
          <w:tcPr>
            <w:tcW w:w="53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124623C6" w14:textId="77777777" w:rsidTr="008B0EC0">
        <w:trPr>
          <w:trHeight w:val="320" w:hRule="atLeast"/>
          <w:cantSplit w:val="1"/>
        </w:trPr>
        <w:tc>
          <w:tcPr>
            <w:tcW w:w="8868" w:type="dxa"/>
            <w:gridSpan w:val="12"/>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t>WORKMANSHIP RESULT:</w:t>
            </w:r>
          </w:p>
        </w:tc>
        <w:tc>
          <w:tcPr>
            <w:tcW w:w="1564" w:type="dxa"/>
            <w:gridSpan w:val="3"/>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r>
    </w:tbl>
    <w:p>
      <w:pPr>
        <w:keepNext w:val="0"/>
        <w:keepLines/>
        <w:widowControl/>
        <w:spacing w:before="0" w:after="0" w:line="140" w:lineRule="exact"/>
        <w:ind w:left="0" w:right="0" w:firstLine="0"/>
      </w:pPr>
    </w:p>
    <w:tbl>
      <w:tblPr>
        <w:tblStyle w:val="TableNormal"/>
        <w:jc w:val="left"/>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30" w:type="dxa"/>
          <w:left w:w="90" w:type="dxa"/>
          <w:bottom w:w="30" w:type="dxa"/>
          <w:right w:w="90" w:type="dxa"/>
        </w:tblCellMar>
        <w:tblInd w:w="90" w:type="dxa"/>
        <w:tblW w:w="10432" w:type="dxa"/>
      </w:tblPr>
      <w:tblGrid>
        <w:gridCol w:w="1270"/>
        <w:gridCol w:w="1156"/>
        <w:gridCol w:w="995"/>
        <w:gridCol w:w="450"/>
        <w:gridCol w:w="510"/>
        <w:gridCol w:w="392"/>
        <w:gridCol w:w="438"/>
        <w:gridCol w:w="441"/>
        <w:gridCol w:w="854"/>
        <w:gridCol w:w="832"/>
        <w:gridCol w:w="856"/>
        <w:gridCol w:w="674"/>
        <w:gridCol w:w="530"/>
        <w:gridCol w:w="532"/>
        <w:gridCol w:w="502"/>
      </w:tblGrid>
      <w:tr w:rsidR="003C0E12" w14:paraId="03077400" w14:textId="77777777" w:rsidTr="008B0EC0">
        <w:trPr>
          <w:trHeight w:val="360" w:hRule="atLeast"/>
          <w:cantSplit w:val="1"/>
          <w:tblHeader w:val="1"/>
        </w:trPr>
        <w:tc>
          <w:tcPr>
            <w:tcW w:w="10432" w:type="dxa"/>
            <w:gridSpan w:val="15"/>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6"/>
              </w:rPr>
              <w:t>Inspection method applied</w:t>
            </w:r>
          </w:p>
        </w:tc>
      </w:tr>
      <w:tr w:rsidR="003C0E12" w14:paraId="07FFD3F5" w14:textId="77777777" w:rsidTr="008B0EC0">
        <w:trPr>
          <w:trHeight w:val="360" w:hRule="atLeast"/>
          <w:cantSplit w:val="1"/>
        </w:trPr>
        <w:tc>
          <w:tcPr>
            <w:tcW w:w="7338" w:type="dxa"/>
            <w:gridSpan w:val="10"/>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ANSI/ASQ Z1.4-2008, Single sampling plans for normal inspection</w:t>
            </w:r>
          </w:p>
        </w:tc>
        <w:tc>
          <w:tcPr>
            <w:tcW w:w="856"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Level:</w:t>
            </w:r>
          </w:p>
        </w:tc>
        <w:tc>
          <w:tcPr>
            <w:tcW w:w="2238" w:type="dxa"/>
            <w:gridSpan w:val="4"/>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02FA4133" w14:textId="77777777" w:rsidTr="008B0EC0">
        <w:trPr>
          <w:trHeight w:val="360" w:hRule="atLeast"/>
          <w:cantSplit w:val="1"/>
        </w:trPr>
        <w:tc>
          <w:tcPr>
            <w:tcW w:w="3871" w:type="dxa"/>
            <w:gridSpan w:val="4"/>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Acceptable Quality Limit (AQL) for</w:t>
            </w:r>
          </w:p>
        </w:tc>
        <w:tc>
          <w:tcPr>
            <w:tcW w:w="902"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Critical:</w:t>
            </w:r>
          </w:p>
        </w:tc>
        <w:tc>
          <w:tcPr>
            <w:tcW w:w="879"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54"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Major:</w:t>
            </w:r>
          </w:p>
        </w:tc>
        <w:tc>
          <w:tcPr>
            <w:tcW w:w="83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5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Minor:</w:t>
            </w:r>
          </w:p>
        </w:tc>
        <w:tc>
          <w:tcPr>
            <w:tcW w:w="2238" w:type="dxa"/>
            <w:gridSpan w:val="4"/>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69FF9E0A" w14:textId="77777777" w:rsidTr="008B0EC0">
        <w:trPr>
          <w:trHeight w:val="320" w:hRule="atLeast"/>
          <w:cantSplit w:val="1"/>
        </w:trPr>
        <w:tc>
          <w:tcPr>
            <w:tcW w:w="2426"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Sample size:</w:t>
            </w:r>
          </w:p>
        </w:tc>
        <w:tc>
          <w:tcPr>
            <w:tcW w:w="8006" w:type="dxa"/>
            <w:gridSpan w:val="13"/>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21147FEB" w14:textId="77777777" w:rsidTr="008B0EC0">
        <w:trPr>
          <w:trHeight w:val="460" w:hRule="atLeast"/>
          <w:cantSplit w:val="1"/>
        </w:trPr>
        <w:tc>
          <w:tcPr>
            <w:tcW w:w="127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Style No.</w:t>
            </w:r>
          </w:p>
        </w:tc>
        <w:tc>
          <w:tcPr>
            <w:tcW w:w="115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PO No.</w:t>
            </w:r>
          </w:p>
        </w:tc>
        <w:tc>
          <w:tcPr>
            <w:tcW w:w="99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Colors</w:t>
            </w:r>
          </w:p>
        </w:tc>
        <w:tc>
          <w:tcPr>
            <w:tcW w:w="960"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Sample size</w:t>
            </w:r>
          </w:p>
        </w:tc>
        <w:tc>
          <w:tcPr>
            <w:tcW w:w="830"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Code No.</w:t>
            </w:r>
          </w:p>
        </w:tc>
        <w:tc>
          <w:tcPr>
            <w:tcW w:w="3657" w:type="dxa"/>
            <w:gridSpan w:val="5"/>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Defect description</w:t>
            </w:r>
          </w:p>
        </w:tc>
        <w:tc>
          <w:tcPr>
            <w:tcW w:w="53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w:t>
            </w:r>
          </w:p>
        </w:tc>
        <w:tc>
          <w:tcPr>
            <w:tcW w:w="53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w:t>
            </w:r>
          </w:p>
        </w:tc>
        <w:tc>
          <w:tcPr>
            <w:tcW w:w="50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w:t>
            </w:r>
          </w:p>
        </w:tc>
      </w:tr>
      <w:tr w:rsidR="00C44E96" w14:paraId="3843F8FA" w14:textId="77777777" w:rsidTr="000D1DE5">
        <w:trPr>
          <w:trHeight w:val="320" w:hRule="atLeast"/>
          <w:cantSplit w:val="1"/>
        </w:trPr>
        <w:tc>
          <w:tcPr>
            <w:tcW w:w="1270"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56"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95"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60" w:type="dxa"/>
            <w:gridSpan w:val="2"/>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30"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3657" w:type="dxa"/>
            <w:gridSpan w:val="5"/>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0"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C44E96" w14:paraId="203A16CC" w14:textId="77777777" w:rsidTr="000D1DE5">
        <w:trPr>
          <w:trHeight w:val="320" w:hRule="atLeast"/>
          <w:cantSplit w:val="1"/>
        </w:trPr>
        <w:tc>
          <w:tcPr>
            <w:tcW w:w="1270"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56"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95"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60" w:type="dxa"/>
            <w:gridSpan w:val="2"/>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30"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3657" w:type="dxa"/>
            <w:gridSpan w:val="5"/>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C44E96" w14:paraId="657C44DA" w14:textId="77777777" w:rsidTr="000D1DE5">
        <w:trPr>
          <w:trHeight w:val="320" w:hRule="atLeast"/>
          <w:cantSplit w:val="1"/>
        </w:trPr>
        <w:tc>
          <w:tcPr>
            <w:tcW w:w="1270" w:type="dxa"/>
            <w:vMerge/>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56" w:type="dxa"/>
            <w:vMerge/>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95" w:type="dxa"/>
            <w:vMerge/>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60" w:type="dxa"/>
            <w:gridSpan w:val="2"/>
            <w:vMerge/>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30"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3657" w:type="dxa"/>
            <w:gridSpan w:val="5"/>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0"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47C8A1C6" w14:textId="77777777" w:rsidTr="008B0EC0">
        <w:trPr>
          <w:trHeight w:val="320" w:hRule="atLeast"/>
          <w:cantSplit w:val="1"/>
        </w:trPr>
        <w:tc>
          <w:tcPr>
            <w:tcW w:w="3421" w:type="dxa"/>
            <w:gridSpan w:val="3"/>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Total</w:t>
            </w:r>
          </w:p>
        </w:tc>
        <w:tc>
          <w:tcPr>
            <w:tcW w:w="960"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4487" w:type="dxa"/>
            <w:gridSpan w:val="7"/>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Total defects:</w:t>
            </w:r>
          </w:p>
        </w:tc>
        <w:tc>
          <w:tcPr>
            <w:tcW w:w="53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5AAF47BC" w14:textId="77777777" w:rsidTr="008B0EC0">
        <w:trPr>
          <w:trHeight w:val="320" w:hRule="atLeast"/>
          <w:cantSplit w:val="1"/>
        </w:trPr>
        <w:tc>
          <w:tcPr>
            <w:tcW w:w="8868" w:type="dxa"/>
            <w:gridSpan w:val="1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Maximum allowed:</w:t>
            </w:r>
          </w:p>
        </w:tc>
        <w:tc>
          <w:tcPr>
            <w:tcW w:w="530"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711D2518" w14:textId="77777777" w:rsidTr="008B0EC0">
        <w:trPr>
          <w:trHeight w:val="320" w:hRule="atLeast"/>
          <w:cantSplit w:val="1"/>
        </w:trPr>
        <w:tc>
          <w:tcPr>
            <w:tcW w:w="8868" w:type="dxa"/>
            <w:gridSpan w:val="12"/>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t>WORKMANSHIP RESULT:</w:t>
            </w:r>
          </w:p>
        </w:tc>
        <w:tc>
          <w:tcPr>
            <w:tcW w:w="1564" w:type="dxa"/>
            <w:gridSpan w:val="3"/>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r>
    </w:tbl>
    <w:p>
      <w:pPr>
        <w:keepNext w:val="0"/>
        <w:keepLines/>
        <w:widowControl/>
        <w:spacing w:before="0" w:after="0" w:line="140" w:lineRule="exact"/>
        <w:ind w:left="0" w:right="0" w:firstLine="0"/>
      </w:pPr>
    </w:p>
    <w:tbl>
      <w:tblPr>
        <w:tblStyle w:val="TableNormal"/>
        <w:jc w:val="left"/>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30" w:type="dxa"/>
          <w:left w:w="90" w:type="dxa"/>
          <w:bottom w:w="30" w:type="dxa"/>
          <w:right w:w="90" w:type="dxa"/>
        </w:tblCellMar>
        <w:tblInd w:w="90" w:type="dxa"/>
        <w:tblW w:w="10432" w:type="dxa"/>
      </w:tblPr>
      <w:tblGrid>
        <w:gridCol w:w="1270"/>
        <w:gridCol w:w="1156"/>
        <w:gridCol w:w="995"/>
        <w:gridCol w:w="450"/>
        <w:gridCol w:w="510"/>
        <w:gridCol w:w="392"/>
        <w:gridCol w:w="438"/>
        <w:gridCol w:w="441"/>
        <w:gridCol w:w="854"/>
        <w:gridCol w:w="832"/>
        <w:gridCol w:w="856"/>
        <w:gridCol w:w="674"/>
        <w:gridCol w:w="530"/>
        <w:gridCol w:w="532"/>
        <w:gridCol w:w="502"/>
      </w:tblGrid>
      <w:tr w:rsidR="003C0E12" w14:paraId="4149B23C" w14:textId="77777777" w:rsidTr="008B0EC0">
        <w:trPr>
          <w:trHeight w:val="360" w:hRule="atLeast"/>
          <w:cantSplit w:val="1"/>
          <w:tblHeader w:val="1"/>
        </w:trPr>
        <w:tc>
          <w:tcPr>
            <w:tcW w:w="10432" w:type="dxa"/>
            <w:gridSpan w:val="15"/>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6"/>
              </w:rPr>
              <w:t>Inspection method applied</w:t>
            </w:r>
          </w:p>
        </w:tc>
      </w:tr>
      <w:tr w:rsidR="003C0E12" w14:paraId="7CA65BC3" w14:textId="77777777" w:rsidTr="008B0EC0">
        <w:trPr>
          <w:trHeight w:val="360" w:hRule="atLeast"/>
          <w:cantSplit w:val="1"/>
        </w:trPr>
        <w:tc>
          <w:tcPr>
            <w:tcW w:w="7338" w:type="dxa"/>
            <w:gridSpan w:val="10"/>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ANSI/ASQ Z1.4-2008, Single sampling plans for normal inspection</w:t>
            </w:r>
          </w:p>
        </w:tc>
        <w:tc>
          <w:tcPr>
            <w:tcW w:w="856"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Level:</w:t>
            </w:r>
          </w:p>
        </w:tc>
        <w:tc>
          <w:tcPr>
            <w:tcW w:w="2238" w:type="dxa"/>
            <w:gridSpan w:val="4"/>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7C4BA0D7" w14:textId="77777777" w:rsidTr="008B0EC0">
        <w:trPr>
          <w:trHeight w:val="360" w:hRule="atLeast"/>
          <w:cantSplit w:val="1"/>
        </w:trPr>
        <w:tc>
          <w:tcPr>
            <w:tcW w:w="3871" w:type="dxa"/>
            <w:gridSpan w:val="4"/>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Acceptable Quality Limit (AQL) for</w:t>
            </w:r>
          </w:p>
        </w:tc>
        <w:tc>
          <w:tcPr>
            <w:tcW w:w="902"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Critical:</w:t>
            </w:r>
          </w:p>
        </w:tc>
        <w:tc>
          <w:tcPr>
            <w:tcW w:w="879"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54"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Major:</w:t>
            </w:r>
          </w:p>
        </w:tc>
        <w:tc>
          <w:tcPr>
            <w:tcW w:w="83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5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Minor:</w:t>
            </w:r>
          </w:p>
        </w:tc>
        <w:tc>
          <w:tcPr>
            <w:tcW w:w="2238" w:type="dxa"/>
            <w:gridSpan w:val="4"/>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04E8C511" w14:textId="77777777" w:rsidTr="008B0EC0">
        <w:trPr>
          <w:trHeight w:val="320" w:hRule="atLeast"/>
          <w:cantSplit w:val="1"/>
        </w:trPr>
        <w:tc>
          <w:tcPr>
            <w:tcW w:w="2426"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Sample size:</w:t>
            </w:r>
          </w:p>
        </w:tc>
        <w:tc>
          <w:tcPr>
            <w:tcW w:w="8006" w:type="dxa"/>
            <w:gridSpan w:val="13"/>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7D43BEA4" w14:textId="77777777" w:rsidTr="008B0EC0">
        <w:trPr>
          <w:trHeight w:val="460" w:hRule="atLeast"/>
          <w:cantSplit w:val="1"/>
        </w:trPr>
        <w:tc>
          <w:tcPr>
            <w:tcW w:w="127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Style No.</w:t>
            </w:r>
          </w:p>
        </w:tc>
        <w:tc>
          <w:tcPr>
            <w:tcW w:w="115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PO No.</w:t>
            </w:r>
          </w:p>
        </w:tc>
        <w:tc>
          <w:tcPr>
            <w:tcW w:w="99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Colors</w:t>
            </w:r>
          </w:p>
        </w:tc>
        <w:tc>
          <w:tcPr>
            <w:tcW w:w="960"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Sample size</w:t>
            </w:r>
          </w:p>
        </w:tc>
        <w:tc>
          <w:tcPr>
            <w:tcW w:w="830"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Code No.</w:t>
            </w:r>
          </w:p>
        </w:tc>
        <w:tc>
          <w:tcPr>
            <w:tcW w:w="3657" w:type="dxa"/>
            <w:gridSpan w:val="5"/>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Defect description</w:t>
            </w:r>
          </w:p>
        </w:tc>
        <w:tc>
          <w:tcPr>
            <w:tcW w:w="53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w:t>
            </w:r>
          </w:p>
        </w:tc>
        <w:tc>
          <w:tcPr>
            <w:tcW w:w="53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w:t>
            </w:r>
          </w:p>
        </w:tc>
        <w:tc>
          <w:tcPr>
            <w:tcW w:w="50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w:t>
            </w:r>
          </w:p>
        </w:tc>
      </w:tr>
      <w:tr w:rsidR="003C0E12" w14:paraId="64EBC37A" w14:textId="77777777" w:rsidTr="008B0EC0">
        <w:trPr>
          <w:trHeight w:val="320" w:hRule="atLeast"/>
          <w:cantSplit w:val="1"/>
        </w:trPr>
        <w:tc>
          <w:tcPr>
            <w:tcW w:w="1270"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56"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95"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60" w:type="dxa"/>
            <w:gridSpan w:val="2"/>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30"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3657" w:type="dxa"/>
            <w:gridSpan w:val="5"/>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0"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4E39CED2" w14:textId="77777777" w:rsidTr="008B0EC0">
        <w:trPr>
          <w:trHeight w:val="320" w:hRule="atLeast"/>
          <w:cantSplit w:val="1"/>
        </w:trPr>
        <w:tc>
          <w:tcPr>
            <w:tcW w:w="1270"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56"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95"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60" w:type="dxa"/>
            <w:gridSpan w:val="2"/>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30"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3657" w:type="dxa"/>
            <w:gridSpan w:val="5"/>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11FAC6B2" w14:textId="77777777" w:rsidTr="008B0EC0">
        <w:trPr>
          <w:trHeight w:val="320" w:hRule="atLeast"/>
          <w:cantSplit w:val="1"/>
        </w:trPr>
        <w:tc>
          <w:tcPr>
            <w:tcW w:w="3421" w:type="dxa"/>
            <w:gridSpan w:val="3"/>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Total</w:t>
            </w:r>
          </w:p>
        </w:tc>
        <w:tc>
          <w:tcPr>
            <w:tcW w:w="960"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4487" w:type="dxa"/>
            <w:gridSpan w:val="7"/>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Total defects:</w:t>
            </w:r>
          </w:p>
        </w:tc>
        <w:tc>
          <w:tcPr>
            <w:tcW w:w="530"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3140510B" w14:textId="77777777" w:rsidTr="008B0EC0">
        <w:trPr>
          <w:trHeight w:val="320" w:hRule="atLeast"/>
          <w:cantSplit w:val="1"/>
        </w:trPr>
        <w:tc>
          <w:tcPr>
            <w:tcW w:w="8868" w:type="dxa"/>
            <w:gridSpan w:val="1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Maximum allowed:</w:t>
            </w:r>
          </w:p>
        </w:tc>
        <w:tc>
          <w:tcPr>
            <w:tcW w:w="53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136083A3" w14:textId="77777777" w:rsidTr="008B0EC0">
        <w:trPr>
          <w:trHeight w:val="320" w:hRule="atLeast"/>
          <w:cantSplit w:val="1"/>
        </w:trPr>
        <w:tc>
          <w:tcPr>
            <w:tcW w:w="8868" w:type="dxa"/>
            <w:gridSpan w:val="12"/>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t>WORKMANSHIP RESULT:</w:t>
            </w:r>
          </w:p>
        </w:tc>
        <w:tc>
          <w:tcPr>
            <w:tcW w:w="1564" w:type="dxa"/>
            <w:gridSpan w:val="3"/>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r>
    </w:tbl>
    <w:p>
      <w:pPr>
        <w:keepNext w:val="0"/>
        <w:keepLines/>
        <w:widowControl/>
        <w:spacing w:before="0" w:after="0" w:line="140" w:lineRule="exact"/>
        <w:ind w:left="0" w:right="0" w:firstLine="0"/>
      </w:pPr>
    </w:p>
    <w:tbl>
      <w:tblPr>
        <w:tblStyle w:val="TableNormal"/>
        <w:jc w:val="left"/>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30" w:type="dxa"/>
          <w:left w:w="90" w:type="dxa"/>
          <w:bottom w:w="30" w:type="dxa"/>
          <w:right w:w="90" w:type="dxa"/>
        </w:tblCellMar>
        <w:tblInd w:w="90" w:type="dxa"/>
        <w:tblW w:w="10432" w:type="dxa"/>
      </w:tblPr>
      <w:tblGrid>
        <w:gridCol w:w="1270"/>
        <w:gridCol w:w="1156"/>
        <w:gridCol w:w="995"/>
        <w:gridCol w:w="450"/>
        <w:gridCol w:w="510"/>
        <w:gridCol w:w="392"/>
        <w:gridCol w:w="438"/>
        <w:gridCol w:w="441"/>
        <w:gridCol w:w="854"/>
        <w:gridCol w:w="832"/>
        <w:gridCol w:w="856"/>
        <w:gridCol w:w="674"/>
        <w:gridCol w:w="530"/>
        <w:gridCol w:w="532"/>
        <w:gridCol w:w="502"/>
      </w:tblGrid>
      <w:tr w:rsidR="003C0E12" w14:paraId="6255B51E" w14:textId="77777777" w:rsidTr="008B0EC0">
        <w:trPr>
          <w:trHeight w:val="360" w:hRule="atLeast"/>
          <w:cantSplit w:val="1"/>
          <w:tblHeader w:val="1"/>
        </w:trPr>
        <w:tc>
          <w:tcPr>
            <w:tcW w:w="10432" w:type="dxa"/>
            <w:gridSpan w:val="15"/>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6"/>
              </w:rPr>
              <w:t>Inspection method applied</w:t>
            </w:r>
          </w:p>
        </w:tc>
      </w:tr>
      <w:tr w:rsidR="003C0E12" w14:paraId="203E0175" w14:textId="77777777" w:rsidTr="008B0EC0">
        <w:trPr>
          <w:trHeight w:val="360" w:hRule="atLeast"/>
          <w:cantSplit w:val="1"/>
        </w:trPr>
        <w:tc>
          <w:tcPr>
            <w:tcW w:w="7338" w:type="dxa"/>
            <w:gridSpan w:val="10"/>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ANSI/ASQ Z1.4-2008, Single sampling plans for normal inspection</w:t>
            </w:r>
          </w:p>
        </w:tc>
        <w:tc>
          <w:tcPr>
            <w:tcW w:w="856"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Level:</w:t>
            </w:r>
          </w:p>
        </w:tc>
        <w:tc>
          <w:tcPr>
            <w:tcW w:w="2238" w:type="dxa"/>
            <w:gridSpan w:val="4"/>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38B1D03A" w14:textId="77777777" w:rsidTr="008B0EC0">
        <w:trPr>
          <w:trHeight w:val="360" w:hRule="atLeast"/>
          <w:cantSplit w:val="1"/>
        </w:trPr>
        <w:tc>
          <w:tcPr>
            <w:tcW w:w="3871" w:type="dxa"/>
            <w:gridSpan w:val="4"/>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Acceptable Quality Limit (AQL) for</w:t>
            </w:r>
          </w:p>
        </w:tc>
        <w:tc>
          <w:tcPr>
            <w:tcW w:w="902"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Critical:</w:t>
            </w:r>
          </w:p>
        </w:tc>
        <w:tc>
          <w:tcPr>
            <w:tcW w:w="879"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54"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Major:</w:t>
            </w:r>
          </w:p>
        </w:tc>
        <w:tc>
          <w:tcPr>
            <w:tcW w:w="83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5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Minor:</w:t>
            </w:r>
          </w:p>
        </w:tc>
        <w:tc>
          <w:tcPr>
            <w:tcW w:w="2238" w:type="dxa"/>
            <w:gridSpan w:val="4"/>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5F8DB087" w14:textId="77777777" w:rsidTr="008B0EC0">
        <w:trPr>
          <w:trHeight w:val="320" w:hRule="atLeast"/>
          <w:cantSplit w:val="1"/>
        </w:trPr>
        <w:tc>
          <w:tcPr>
            <w:tcW w:w="2426"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Sample size:</w:t>
            </w:r>
          </w:p>
        </w:tc>
        <w:tc>
          <w:tcPr>
            <w:tcW w:w="8006" w:type="dxa"/>
            <w:gridSpan w:val="13"/>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4CAAA5E1" w14:textId="77777777" w:rsidTr="008B0EC0">
        <w:trPr>
          <w:trHeight w:val="460" w:hRule="atLeast"/>
          <w:cantSplit w:val="1"/>
        </w:trPr>
        <w:tc>
          <w:tcPr>
            <w:tcW w:w="127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Style No.</w:t>
            </w:r>
          </w:p>
        </w:tc>
        <w:tc>
          <w:tcPr>
            <w:tcW w:w="115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PO No.</w:t>
            </w:r>
          </w:p>
        </w:tc>
        <w:tc>
          <w:tcPr>
            <w:tcW w:w="99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Colors</w:t>
            </w:r>
          </w:p>
        </w:tc>
        <w:tc>
          <w:tcPr>
            <w:tcW w:w="960"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Sample size</w:t>
            </w:r>
          </w:p>
        </w:tc>
        <w:tc>
          <w:tcPr>
            <w:tcW w:w="830"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Code No.</w:t>
            </w:r>
          </w:p>
        </w:tc>
        <w:tc>
          <w:tcPr>
            <w:tcW w:w="3657" w:type="dxa"/>
            <w:gridSpan w:val="5"/>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Defect description</w:t>
            </w:r>
          </w:p>
        </w:tc>
        <w:tc>
          <w:tcPr>
            <w:tcW w:w="53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w:t>
            </w:r>
          </w:p>
        </w:tc>
        <w:tc>
          <w:tcPr>
            <w:tcW w:w="53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w:t>
            </w:r>
          </w:p>
        </w:tc>
        <w:tc>
          <w:tcPr>
            <w:tcW w:w="50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w:t>
            </w:r>
          </w:p>
        </w:tc>
      </w:tr>
      <w:tr w:rsidR="003C0E12" w14:paraId="1B1DD954" w14:textId="77777777" w:rsidTr="008B0EC0">
        <w:trPr>
          <w:trHeight w:val="320" w:hRule="atLeast"/>
          <w:cantSplit w:val="1"/>
        </w:trPr>
        <w:tc>
          <w:tcPr>
            <w:tcW w:w="1270"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56"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95"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60" w:type="dxa"/>
            <w:gridSpan w:val="2"/>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30"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3657" w:type="dxa"/>
            <w:gridSpan w:val="5"/>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0"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5D0449A5" w14:textId="77777777" w:rsidTr="008B0EC0">
        <w:trPr>
          <w:trHeight w:val="320" w:hRule="atLeast"/>
          <w:cantSplit w:val="1"/>
        </w:trPr>
        <w:tc>
          <w:tcPr>
            <w:tcW w:w="1270"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56"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95"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60" w:type="dxa"/>
            <w:gridSpan w:val="2"/>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30"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3657" w:type="dxa"/>
            <w:gridSpan w:val="5"/>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07F578D4" w14:textId="77777777" w:rsidTr="008B0EC0">
        <w:trPr>
          <w:trHeight w:val="320" w:hRule="atLeast"/>
          <w:cantSplit w:val="1"/>
        </w:trPr>
        <w:tc>
          <w:tcPr>
            <w:tcW w:w="1270" w:type="dxa"/>
            <w:vMerge/>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56" w:type="dxa"/>
            <w:vMerge/>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95" w:type="dxa"/>
            <w:vMerge/>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60" w:type="dxa"/>
            <w:gridSpan w:val="2"/>
            <w:vMerge/>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30"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3657" w:type="dxa"/>
            <w:gridSpan w:val="5"/>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0"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4B158499" w14:textId="77777777" w:rsidTr="008B0EC0">
        <w:trPr>
          <w:trHeight w:val="320" w:hRule="atLeast"/>
          <w:cantSplit w:val="1"/>
        </w:trPr>
        <w:tc>
          <w:tcPr>
            <w:tcW w:w="3421" w:type="dxa"/>
            <w:gridSpan w:val="3"/>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Total</w:t>
            </w:r>
          </w:p>
        </w:tc>
        <w:tc>
          <w:tcPr>
            <w:tcW w:w="960"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4487" w:type="dxa"/>
            <w:gridSpan w:val="7"/>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Total defects:</w:t>
            </w:r>
          </w:p>
        </w:tc>
        <w:tc>
          <w:tcPr>
            <w:tcW w:w="53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1B039C80" w14:textId="77777777" w:rsidTr="008B0EC0">
        <w:trPr>
          <w:trHeight w:val="320" w:hRule="atLeast"/>
          <w:cantSplit w:val="1"/>
        </w:trPr>
        <w:tc>
          <w:tcPr>
            <w:tcW w:w="8868" w:type="dxa"/>
            <w:gridSpan w:val="1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Maximum allowed:</w:t>
            </w:r>
          </w:p>
        </w:tc>
        <w:tc>
          <w:tcPr>
            <w:tcW w:w="530"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44CEE3CC" w14:textId="77777777" w:rsidTr="008B0EC0">
        <w:trPr>
          <w:trHeight w:val="320" w:hRule="atLeast"/>
          <w:cantSplit w:val="1"/>
        </w:trPr>
        <w:tc>
          <w:tcPr>
            <w:tcW w:w="8868" w:type="dxa"/>
            <w:gridSpan w:val="12"/>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t>WORKMANSHIP RESULT:</w:t>
            </w:r>
          </w:p>
        </w:tc>
        <w:tc>
          <w:tcPr>
            <w:tcW w:w="1564" w:type="dxa"/>
            <w:gridSpan w:val="3"/>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r>
    </w:tbl>
    <w:p>
      <w:pPr>
        <w:keepNext w:val="0"/>
        <w:keepLines/>
        <w:widowControl/>
        <w:spacing w:before="0" w:after="0" w:line="140" w:lineRule="exact"/>
        <w:ind w:left="0" w:right="0" w:firstLine="0"/>
      </w:pPr>
    </w:p>
    <w:tbl>
      <w:tblPr>
        <w:tblStyle w:val="TableNormal"/>
        <w:jc w:val="left"/>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30" w:type="dxa"/>
          <w:left w:w="90" w:type="dxa"/>
          <w:bottom w:w="30" w:type="dxa"/>
          <w:right w:w="90" w:type="dxa"/>
        </w:tblCellMar>
        <w:tblInd w:w="90" w:type="dxa"/>
        <w:tblW w:w="10432" w:type="dxa"/>
      </w:tblPr>
      <w:tblGrid>
        <w:gridCol w:w="1270"/>
        <w:gridCol w:w="1156"/>
        <w:gridCol w:w="995"/>
        <w:gridCol w:w="450"/>
        <w:gridCol w:w="510"/>
        <w:gridCol w:w="392"/>
        <w:gridCol w:w="438"/>
        <w:gridCol w:w="441"/>
        <w:gridCol w:w="854"/>
        <w:gridCol w:w="832"/>
        <w:gridCol w:w="856"/>
        <w:gridCol w:w="674"/>
        <w:gridCol w:w="530"/>
        <w:gridCol w:w="532"/>
        <w:gridCol w:w="502"/>
      </w:tblGrid>
      <w:tr w:rsidR="003C0E12" w14:paraId="29529DE3" w14:textId="77777777" w:rsidTr="008B0EC0">
        <w:trPr>
          <w:trHeight w:val="360" w:hRule="atLeast"/>
          <w:cantSplit w:val="1"/>
          <w:tblHeader w:val="1"/>
        </w:trPr>
        <w:tc>
          <w:tcPr>
            <w:tcW w:w="10432" w:type="dxa"/>
            <w:gridSpan w:val="15"/>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6"/>
              </w:rPr>
              <w:t>Inspection method applied</w:t>
            </w:r>
          </w:p>
        </w:tc>
      </w:tr>
      <w:tr w:rsidR="003C0E12" w14:paraId="2C9BEC09" w14:textId="77777777" w:rsidTr="008B0EC0">
        <w:trPr>
          <w:trHeight w:val="360" w:hRule="atLeast"/>
          <w:cantSplit w:val="1"/>
        </w:trPr>
        <w:tc>
          <w:tcPr>
            <w:tcW w:w="7338" w:type="dxa"/>
            <w:gridSpan w:val="10"/>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ANSI/ASQ Z1.4-2008, Single sampling plans for normal inspection</w:t>
            </w:r>
          </w:p>
        </w:tc>
        <w:tc>
          <w:tcPr>
            <w:tcW w:w="856"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Level:</w:t>
            </w:r>
          </w:p>
        </w:tc>
        <w:tc>
          <w:tcPr>
            <w:tcW w:w="2238" w:type="dxa"/>
            <w:gridSpan w:val="4"/>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11A47D09" w14:textId="77777777" w:rsidTr="008B0EC0">
        <w:trPr>
          <w:trHeight w:val="360" w:hRule="atLeast"/>
          <w:cantSplit w:val="1"/>
        </w:trPr>
        <w:tc>
          <w:tcPr>
            <w:tcW w:w="3871" w:type="dxa"/>
            <w:gridSpan w:val="4"/>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Acceptable Quality Limit (AQL) for</w:t>
            </w:r>
          </w:p>
        </w:tc>
        <w:tc>
          <w:tcPr>
            <w:tcW w:w="902"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Critical:</w:t>
            </w:r>
          </w:p>
        </w:tc>
        <w:tc>
          <w:tcPr>
            <w:tcW w:w="879"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54"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Major:</w:t>
            </w:r>
          </w:p>
        </w:tc>
        <w:tc>
          <w:tcPr>
            <w:tcW w:w="83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5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Minor:</w:t>
            </w:r>
          </w:p>
        </w:tc>
        <w:tc>
          <w:tcPr>
            <w:tcW w:w="2238" w:type="dxa"/>
            <w:gridSpan w:val="4"/>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32B4D691" w14:textId="77777777" w:rsidTr="008B0EC0">
        <w:trPr>
          <w:trHeight w:val="320" w:hRule="atLeast"/>
          <w:cantSplit w:val="1"/>
        </w:trPr>
        <w:tc>
          <w:tcPr>
            <w:tcW w:w="2426"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Sample size:</w:t>
            </w:r>
          </w:p>
        </w:tc>
        <w:tc>
          <w:tcPr>
            <w:tcW w:w="8006" w:type="dxa"/>
            <w:gridSpan w:val="13"/>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2DF6DED2" w14:textId="77777777" w:rsidTr="008B0EC0">
        <w:trPr>
          <w:trHeight w:val="460" w:hRule="atLeast"/>
          <w:cantSplit w:val="1"/>
        </w:trPr>
        <w:tc>
          <w:tcPr>
            <w:tcW w:w="127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Style No.</w:t>
            </w:r>
          </w:p>
        </w:tc>
        <w:tc>
          <w:tcPr>
            <w:tcW w:w="115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PO No.</w:t>
            </w:r>
          </w:p>
        </w:tc>
        <w:tc>
          <w:tcPr>
            <w:tcW w:w="99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Colors</w:t>
            </w:r>
          </w:p>
        </w:tc>
        <w:tc>
          <w:tcPr>
            <w:tcW w:w="960"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Sample size</w:t>
            </w:r>
          </w:p>
        </w:tc>
        <w:tc>
          <w:tcPr>
            <w:tcW w:w="830"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Code No.</w:t>
            </w:r>
          </w:p>
        </w:tc>
        <w:tc>
          <w:tcPr>
            <w:tcW w:w="3657" w:type="dxa"/>
            <w:gridSpan w:val="5"/>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Defect description</w:t>
            </w:r>
          </w:p>
        </w:tc>
        <w:tc>
          <w:tcPr>
            <w:tcW w:w="53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w:t>
            </w:r>
          </w:p>
        </w:tc>
        <w:tc>
          <w:tcPr>
            <w:tcW w:w="53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w:t>
            </w:r>
          </w:p>
        </w:tc>
        <w:tc>
          <w:tcPr>
            <w:tcW w:w="50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w:t>
            </w:r>
          </w:p>
        </w:tc>
      </w:tr>
      <w:tr w:rsidR="003C0E12" w14:paraId="25BB547F" w14:textId="77777777" w:rsidTr="008B0EC0">
        <w:trPr>
          <w:trHeight w:val="320" w:hRule="atLeast"/>
          <w:cantSplit w:val="1"/>
        </w:trPr>
        <w:tc>
          <w:tcPr>
            <w:tcW w:w="1270"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56"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95"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60" w:type="dxa"/>
            <w:gridSpan w:val="2"/>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30"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3657" w:type="dxa"/>
            <w:gridSpan w:val="5"/>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0"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207E4956" w14:textId="77777777" w:rsidTr="008B0EC0">
        <w:trPr>
          <w:trHeight w:val="320" w:hRule="atLeast"/>
          <w:cantSplit w:val="1"/>
        </w:trPr>
        <w:tc>
          <w:tcPr>
            <w:tcW w:w="1270"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56"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95"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60" w:type="dxa"/>
            <w:gridSpan w:val="2"/>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30"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3657" w:type="dxa"/>
            <w:gridSpan w:val="5"/>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64B35D0D" w14:textId="77777777" w:rsidTr="008B0EC0">
        <w:trPr>
          <w:trHeight w:val="320" w:hRule="atLeast"/>
          <w:cantSplit w:val="1"/>
        </w:trPr>
        <w:tc>
          <w:tcPr>
            <w:tcW w:w="1270" w:type="dxa"/>
            <w:vMerge/>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56" w:type="dxa"/>
            <w:vMerge/>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95" w:type="dxa"/>
            <w:vMerge/>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60" w:type="dxa"/>
            <w:gridSpan w:val="2"/>
            <w:vMerge/>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30"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3657" w:type="dxa"/>
            <w:gridSpan w:val="5"/>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0"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78DA59B6" w14:textId="77777777" w:rsidTr="008B0EC0">
        <w:trPr>
          <w:trHeight w:val="320" w:hRule="atLeast"/>
          <w:cantSplit w:val="1"/>
        </w:trPr>
        <w:tc>
          <w:tcPr>
            <w:tcW w:w="3421" w:type="dxa"/>
            <w:gridSpan w:val="3"/>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Total</w:t>
            </w:r>
          </w:p>
        </w:tc>
        <w:tc>
          <w:tcPr>
            <w:tcW w:w="960"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4487" w:type="dxa"/>
            <w:gridSpan w:val="7"/>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Total defects:</w:t>
            </w:r>
          </w:p>
        </w:tc>
        <w:tc>
          <w:tcPr>
            <w:tcW w:w="53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3DE5C94B" w14:textId="77777777" w:rsidTr="008B0EC0">
        <w:trPr>
          <w:trHeight w:val="320" w:hRule="atLeast"/>
          <w:cantSplit w:val="1"/>
        </w:trPr>
        <w:tc>
          <w:tcPr>
            <w:tcW w:w="8868" w:type="dxa"/>
            <w:gridSpan w:val="1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Maximum allowed:</w:t>
            </w:r>
          </w:p>
        </w:tc>
        <w:tc>
          <w:tcPr>
            <w:tcW w:w="530"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54389255" w14:textId="77777777" w:rsidTr="008B0EC0">
        <w:trPr>
          <w:trHeight w:val="320" w:hRule="atLeast"/>
          <w:cantSplit w:val="1"/>
        </w:trPr>
        <w:tc>
          <w:tcPr>
            <w:tcW w:w="8868" w:type="dxa"/>
            <w:gridSpan w:val="12"/>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t>WORKMANSHIP RESULT:</w:t>
            </w:r>
          </w:p>
        </w:tc>
        <w:tc>
          <w:tcPr>
            <w:tcW w:w="1564" w:type="dxa"/>
            <w:gridSpan w:val="3"/>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r>
    </w:tbl>
    <w:p>
      <w:pPr>
        <w:keepNext w:val="0"/>
        <w:keepLines/>
        <w:widowControl/>
        <w:spacing w:before="0" w:after="0" w:line="140" w:lineRule="exact"/>
        <w:ind w:left="0" w:right="0" w:firstLine="0"/>
      </w:pPr>
    </w:p>
    <w:tbl>
      <w:tblPr>
        <w:tblStyle w:val="TableNormal"/>
        <w:jc w:val="left"/>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30" w:type="dxa"/>
          <w:left w:w="90" w:type="dxa"/>
          <w:bottom w:w="30" w:type="dxa"/>
          <w:right w:w="90" w:type="dxa"/>
        </w:tblCellMar>
        <w:tblInd w:w="90" w:type="dxa"/>
        <w:tblW w:w="10432" w:type="dxa"/>
      </w:tblPr>
      <w:tblGrid>
        <w:gridCol w:w="1270"/>
        <w:gridCol w:w="1156"/>
        <w:gridCol w:w="995"/>
        <w:gridCol w:w="450"/>
        <w:gridCol w:w="510"/>
        <w:gridCol w:w="392"/>
        <w:gridCol w:w="438"/>
        <w:gridCol w:w="441"/>
        <w:gridCol w:w="854"/>
        <w:gridCol w:w="832"/>
        <w:gridCol w:w="856"/>
        <w:gridCol w:w="674"/>
        <w:gridCol w:w="530"/>
        <w:gridCol w:w="532"/>
        <w:gridCol w:w="502"/>
      </w:tblGrid>
      <w:tr w:rsidR="003C0E12" w14:paraId="499EA34E" w14:textId="77777777" w:rsidTr="008B0EC0">
        <w:trPr>
          <w:trHeight w:val="360" w:hRule="atLeast"/>
          <w:cantSplit w:val="1"/>
          <w:tblHeader w:val="1"/>
        </w:trPr>
        <w:tc>
          <w:tcPr>
            <w:tcW w:w="10432" w:type="dxa"/>
            <w:gridSpan w:val="15"/>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6"/>
              </w:rPr>
              <w:t>Inspection method applied</w:t>
            </w:r>
          </w:p>
        </w:tc>
      </w:tr>
      <w:tr w:rsidR="003C0E12" w14:paraId="1F590DF1" w14:textId="77777777" w:rsidTr="008B0EC0">
        <w:trPr>
          <w:trHeight w:val="360" w:hRule="atLeast"/>
          <w:cantSplit w:val="1"/>
        </w:trPr>
        <w:tc>
          <w:tcPr>
            <w:tcW w:w="7338" w:type="dxa"/>
            <w:gridSpan w:val="10"/>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ANSI/ASQ Z1.4-2008, Single sampling plans for normal inspection</w:t>
            </w:r>
          </w:p>
        </w:tc>
        <w:tc>
          <w:tcPr>
            <w:tcW w:w="856"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Level:</w:t>
            </w:r>
          </w:p>
        </w:tc>
        <w:tc>
          <w:tcPr>
            <w:tcW w:w="2238" w:type="dxa"/>
            <w:gridSpan w:val="4"/>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3EBE633E" w14:textId="77777777" w:rsidTr="008B0EC0">
        <w:trPr>
          <w:trHeight w:val="360" w:hRule="atLeast"/>
          <w:cantSplit w:val="1"/>
        </w:trPr>
        <w:tc>
          <w:tcPr>
            <w:tcW w:w="3871" w:type="dxa"/>
            <w:gridSpan w:val="4"/>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Acceptable Quality Limit (AQL) for</w:t>
            </w:r>
          </w:p>
        </w:tc>
        <w:tc>
          <w:tcPr>
            <w:tcW w:w="902"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Critical:</w:t>
            </w:r>
          </w:p>
        </w:tc>
        <w:tc>
          <w:tcPr>
            <w:tcW w:w="879"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54"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Major:</w:t>
            </w:r>
          </w:p>
        </w:tc>
        <w:tc>
          <w:tcPr>
            <w:tcW w:w="83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5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Minor:</w:t>
            </w:r>
          </w:p>
        </w:tc>
        <w:tc>
          <w:tcPr>
            <w:tcW w:w="2238" w:type="dxa"/>
            <w:gridSpan w:val="4"/>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1F6538F3" w14:textId="77777777" w:rsidTr="008B0EC0">
        <w:trPr>
          <w:trHeight w:val="320" w:hRule="atLeast"/>
          <w:cantSplit w:val="1"/>
        </w:trPr>
        <w:tc>
          <w:tcPr>
            <w:tcW w:w="2426"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Sample size:</w:t>
            </w:r>
          </w:p>
        </w:tc>
        <w:tc>
          <w:tcPr>
            <w:tcW w:w="8006" w:type="dxa"/>
            <w:gridSpan w:val="13"/>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2E5AB9AA" w14:textId="77777777" w:rsidTr="008B0EC0">
        <w:trPr>
          <w:trHeight w:val="460" w:hRule="atLeast"/>
          <w:cantSplit w:val="1"/>
        </w:trPr>
        <w:tc>
          <w:tcPr>
            <w:tcW w:w="127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Style No.</w:t>
            </w:r>
          </w:p>
        </w:tc>
        <w:tc>
          <w:tcPr>
            <w:tcW w:w="115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PO No.</w:t>
            </w:r>
          </w:p>
        </w:tc>
        <w:tc>
          <w:tcPr>
            <w:tcW w:w="99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Colors</w:t>
            </w:r>
          </w:p>
        </w:tc>
        <w:tc>
          <w:tcPr>
            <w:tcW w:w="960"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Sample size</w:t>
            </w:r>
          </w:p>
        </w:tc>
        <w:tc>
          <w:tcPr>
            <w:tcW w:w="830"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Code No.</w:t>
            </w:r>
          </w:p>
        </w:tc>
        <w:tc>
          <w:tcPr>
            <w:tcW w:w="3657" w:type="dxa"/>
            <w:gridSpan w:val="5"/>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Defect description</w:t>
            </w:r>
          </w:p>
        </w:tc>
        <w:tc>
          <w:tcPr>
            <w:tcW w:w="53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C</w:t>
            </w:r>
          </w:p>
        </w:tc>
        <w:tc>
          <w:tcPr>
            <w:tcW w:w="53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w:t>
            </w:r>
          </w:p>
        </w:tc>
        <w:tc>
          <w:tcPr>
            <w:tcW w:w="50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m</w:t>
            </w:r>
          </w:p>
        </w:tc>
      </w:tr>
      <w:tr w:rsidR="003C0E12" w14:paraId="03CB88DA" w14:textId="77777777" w:rsidTr="008B0EC0">
        <w:trPr>
          <w:trHeight w:val="320" w:hRule="atLeast"/>
          <w:cantSplit w:val="1"/>
        </w:trPr>
        <w:tc>
          <w:tcPr>
            <w:tcW w:w="1270"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56"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95" w:type="dxa"/>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60" w:type="dxa"/>
            <w:gridSpan w:val="2"/>
            <w:vMerge w:val="restart"/>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30"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3657" w:type="dxa"/>
            <w:gridSpan w:val="5"/>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0"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4AD6A7ED" w14:textId="77777777" w:rsidTr="008B0EC0">
        <w:trPr>
          <w:trHeight w:val="320" w:hRule="atLeast"/>
          <w:cantSplit w:val="1"/>
        </w:trPr>
        <w:tc>
          <w:tcPr>
            <w:tcW w:w="1270"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56"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95" w:type="dxa"/>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60" w:type="dxa"/>
            <w:gridSpan w:val="2"/>
            <w:vMerge/>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30"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3657" w:type="dxa"/>
            <w:gridSpan w:val="5"/>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2B858356" w14:textId="77777777" w:rsidTr="008B0EC0">
        <w:trPr>
          <w:trHeight w:val="320" w:hRule="atLeast"/>
          <w:cantSplit w:val="1"/>
        </w:trPr>
        <w:tc>
          <w:tcPr>
            <w:tcW w:w="1270" w:type="dxa"/>
            <w:vMerge/>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1156" w:type="dxa"/>
            <w:vMerge/>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95" w:type="dxa"/>
            <w:vMerge/>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960" w:type="dxa"/>
            <w:gridSpan w:val="2"/>
            <w:vMerge/>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830"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3657" w:type="dxa"/>
            <w:gridSpan w:val="5"/>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0"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6180F479" w14:textId="77777777" w:rsidTr="008B0EC0">
        <w:trPr>
          <w:trHeight w:val="320" w:hRule="atLeast"/>
          <w:cantSplit w:val="1"/>
        </w:trPr>
        <w:tc>
          <w:tcPr>
            <w:tcW w:w="3421" w:type="dxa"/>
            <w:gridSpan w:val="3"/>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Total</w:t>
            </w:r>
          </w:p>
        </w:tc>
        <w:tc>
          <w:tcPr>
            <w:tcW w:w="960"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4487" w:type="dxa"/>
            <w:gridSpan w:val="7"/>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Total defects:</w:t>
            </w:r>
          </w:p>
        </w:tc>
        <w:tc>
          <w:tcPr>
            <w:tcW w:w="530"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77B3128E" w14:textId="77777777" w:rsidTr="008B0EC0">
        <w:trPr>
          <w:trHeight w:val="320" w:hRule="atLeast"/>
          <w:cantSplit w:val="1"/>
        </w:trPr>
        <w:tc>
          <w:tcPr>
            <w:tcW w:w="8868" w:type="dxa"/>
            <w:gridSpan w:val="1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Maximum allowed:</w:t>
            </w:r>
          </w:p>
        </w:tc>
        <w:tc>
          <w:tcPr>
            <w:tcW w:w="530"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3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50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3C0E12" w14:paraId="6377DCE4" w14:textId="77777777" w:rsidTr="008B0EC0">
        <w:trPr>
          <w:trHeight w:val="320" w:hRule="atLeast"/>
          <w:cantSplit w:val="1"/>
        </w:trPr>
        <w:tc>
          <w:tcPr>
            <w:tcW w:w="8868" w:type="dxa"/>
            <w:gridSpan w:val="12"/>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t>WORKMANSHIP RESULT:</w:t>
            </w:r>
          </w:p>
        </w:tc>
        <w:tc>
          <w:tcPr>
            <w:tcW w:w="1564" w:type="dxa"/>
            <w:gridSpan w:val="3"/>
            <w:shd w:fill="F4F8FB"/>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r>
    </w:tbl>
    <w:p>
      <w:pPr>
        <w:keepNext w:val="0"/>
        <w:keepLines/>
        <w:widowControl/>
        <w:spacing w:before="0" w:after="0" w:line="140" w:lineRule="exact"/>
        <w:ind w:left="0" w:right="0" w:firstLine="0"/>
      </w:pPr>
    </w:p>
    <w:p>
      <w:pPr>
        <w:keepNext/>
        <w:keepLines/>
        <w:pageBreakBefore w:val="0"/>
        <w:widowControl/>
        <w:spacing w:before="200" w:after="140" w:line="259" w:lineRule="auto"/>
        <w:ind w:left="0" w:right="0" w:firstLine="0"/>
      </w:pPr>
      <w:r>
        <w:rPr>
          <w:rFonts w:ascii="Arial" w:hAnsi="Arial" w:eastAsia="Arial" w:cs="Arial"/>
          <w:b/>
          <w:color w:val="00559E"/>
          <w:sz w:val="24"/>
        </w:rPr>
        <w:t>6 Packing</w:t>
      </w:r>
    </w:p>
    <w:p>
      <w:pPr>
        <w:keepNext/>
        <w:keepLines/>
        <w:widowControl/>
        <w:spacing w:before="0" w:after="120" w:line="259" w:lineRule="auto"/>
        <w:ind w:left="0" w:right="0" w:firstLine="0"/>
      </w:pPr>
      <w:r>
        <w:rPr>
          <w:rFonts w:ascii="Arial" w:hAnsi="Arial" w:eastAsia="Arial" w:cs="Arial"/>
          <w:b w:val="0"/>
          <w:color w:val="243746"/>
          <w:sz w:val="16"/>
        </w:rPr>
        <w:t>Use one table per style. A combined table is suitable only for combined sampling or identical findings across styles.</w:t>
      </w:r>
    </w:p>
    <w:tbl>
      <w:tblPr>
        <w:tblStyle w:val="TableNormal"/>
        <w:jc w:val="left"/>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40" w:type="dxa"/>
          <w:left w:w="90" w:type="dxa"/>
          <w:bottom w:w="40" w:type="dxa"/>
          <w:right w:w="90" w:type="dxa"/>
        </w:tblCellMar>
        <w:tblInd w:w="90" w:type="dxa"/>
        <w:tblW w:w="10432" w:type="dxa"/>
      </w:tblPr>
      <w:tblGrid>
        <w:gridCol w:w="5386"/>
        <w:gridCol w:w="5046"/>
      </w:tblGrid>
      <w:tr w:rsidR="003C0E12" w14:paraId="057203C3" w14:textId="77777777">
        <w:trPr>
          <w:trHeight w:val="440" w:hRule="atLeast"/>
          <w:cantSplit w:val="1"/>
          <w:tblHeader w:val="1"/>
        </w:trPr>
        <w:tc>
          <w:tcPr>
            <w:tcW w:w="5386" w:type="dxa"/>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t>Style No.:</w:t>
            </w:r>
          </w:p>
        </w:tc>
        <w:tc>
          <w:tcPr>
            <w:tcW w:w="5046" w:type="dxa"/>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t>P.O. No.:</w:t>
            </w:r>
          </w:p>
        </w:tc>
      </w:tr>
      <w:tr w:rsidR="003C0E12" w14:paraId="25894974" w14:textId="77777777">
        <w:trPr>
          <w:trHeight w:val="440" w:hRule="atLeast"/>
          <w:cantSplit w:val="1"/>
        </w:trPr>
        <w:tc>
          <w:tcPr>
            <w:tcW w:w="5386"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6.1. Carton conformity</w:t>
            </w:r>
          </w:p>
        </w:tc>
        <w:tc>
          <w:tcPr>
            <w:tcW w:w="5046"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360EB13F" w14:textId="77777777">
        <w:trPr>
          <w:trHeight w:val="440" w:hRule="atLeast"/>
          <w:cantSplit w:val="1"/>
        </w:trPr>
        <w:tc>
          <w:tcPr>
            <w:tcW w:w="538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t>Carton dimension found L x W x H =       to      cm</w:t>
            </w:r>
          </w:p>
        </w:tc>
        <w:tc>
          <w:tcPr>
            <w:tcW w:w="504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5E54747D" w14:textId="77777777">
        <w:trPr>
          <w:trHeight w:val="440" w:hRule="atLeast"/>
          <w:cantSplit w:val="1"/>
        </w:trPr>
        <w:tc>
          <w:tcPr>
            <w:tcW w:w="5386"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Carton weight found:      to     kgs/carton</w:t>
            </w:r>
          </w:p>
        </w:tc>
        <w:tc>
          <w:tcPr>
            <w:tcW w:w="5046"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1EA01B65" w14:textId="77777777">
        <w:trPr>
          <w:trHeight w:val="440" w:hRule="atLeast"/>
          <w:cantSplit w:val="1"/>
        </w:trPr>
        <w:tc>
          <w:tcPr>
            <w:tcW w:w="10432"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7C5B7FFC" w14:textId="77777777">
        <w:trPr>
          <w:trHeight w:val="440" w:hRule="atLeast"/>
          <w:cantSplit w:val="1"/>
        </w:trPr>
        <w:tc>
          <w:tcPr>
            <w:tcW w:w="10432"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6.2. Packaging</w:t>
            </w:r>
          </w:p>
        </w:tc>
      </w:tr>
      <w:tr w:rsidR="003C0E12" w14:paraId="1F13D280" w14:textId="77777777">
        <w:trPr>
          <w:trHeight w:val="440" w:hRule="atLeast"/>
          <w:cantSplit w:val="1"/>
        </w:trPr>
        <w:tc>
          <w:tcPr>
            <w:tcW w:w="538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t>A. Individual packing conformity (plastic bags, wowen bags, hangtag, instruction card,etc.)</w:t>
            </w:r>
          </w:p>
        </w:tc>
        <w:tc>
          <w:tcPr>
            <w:tcW w:w="504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6908D901" w14:textId="77777777">
        <w:trPr>
          <w:trHeight w:val="440" w:hRule="atLeast"/>
          <w:cantSplit w:val="1"/>
        </w:trPr>
        <w:tc>
          <w:tcPr>
            <w:tcW w:w="10432"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3B770521" w14:textId="77777777">
        <w:trPr>
          <w:trHeight w:val="440" w:hRule="atLeast"/>
          <w:cantSplit w:val="1"/>
        </w:trPr>
        <w:tc>
          <w:tcPr>
            <w:tcW w:w="538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t>B. Assortment</w:t>
            </w:r>
          </w:p>
        </w:tc>
        <w:tc>
          <w:tcPr>
            <w:tcW w:w="504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5BEF84F5" w14:textId="77777777">
        <w:trPr>
          <w:trHeight w:val="440" w:hRule="atLeast"/>
          <w:cantSplit w:val="1"/>
        </w:trPr>
        <w:tc>
          <w:tcPr>
            <w:tcW w:w="10432"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Assortment checked on __ cartons</w:t>
            </w:r>
          </w:p>
        </w:tc>
      </w:tr>
      <w:tr w:rsidR="003C0E12" w14:paraId="59AEE602" w14:textId="77777777">
        <w:trPr>
          <w:trHeight w:val="440" w:hRule="atLeast"/>
          <w:cantSplit w:val="1"/>
        </w:trPr>
        <w:tc>
          <w:tcPr>
            <w:tcW w:w="10432"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4E23B004" w14:textId="77777777">
        <w:trPr>
          <w:trHeight w:val="440" w:hRule="atLeast"/>
          <w:cantSplit w:val="1"/>
        </w:trPr>
        <w:tc>
          <w:tcPr>
            <w:tcW w:w="5386" w:type="dxa"/>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t>PACKING RESULT</w:t>
            </w:r>
          </w:p>
        </w:tc>
        <w:tc>
          <w:tcPr>
            <w:tcW w:w="5046" w:type="dxa"/>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r>
          </w:p>
        </w:tc>
      </w:tr>
    </w:tbl>
    <w:p>
      <w:pPr>
        <w:keepNext w:val="0"/>
        <w:keepLines/>
        <w:widowControl/>
        <w:spacing w:before="0" w:after="0" w:line="120" w:lineRule="exact"/>
        <w:ind w:left="0" w:right="0" w:firstLine="0"/>
      </w:pPr>
    </w:p>
    <w:tbl>
      <w:tblPr>
        <w:tblStyle w:val="TableNormal"/>
        <w:jc w:val="left"/>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40" w:type="dxa"/>
          <w:left w:w="90" w:type="dxa"/>
          <w:bottom w:w="40" w:type="dxa"/>
          <w:right w:w="90" w:type="dxa"/>
        </w:tblCellMar>
        <w:tblInd w:w="90" w:type="dxa"/>
        <w:tblW w:w="10432" w:type="dxa"/>
      </w:tblPr>
      <w:tblGrid>
        <w:gridCol w:w="5386"/>
        <w:gridCol w:w="5046"/>
      </w:tblGrid>
      <w:tr w:rsidR="003C0E12" w14:paraId="5065B73D" w14:textId="77777777">
        <w:trPr>
          <w:trHeight w:val="440" w:hRule="atLeast"/>
          <w:cantSplit w:val="1"/>
          <w:tblHeader w:val="1"/>
        </w:trPr>
        <w:tc>
          <w:tcPr>
            <w:tcW w:w="5386" w:type="dxa"/>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t>Style No.:</w:t>
            </w:r>
          </w:p>
        </w:tc>
        <w:tc>
          <w:tcPr>
            <w:tcW w:w="5046" w:type="dxa"/>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t>P.O. No.:</w:t>
            </w:r>
          </w:p>
        </w:tc>
      </w:tr>
      <w:tr w:rsidR="003C0E12" w14:paraId="033099FF" w14:textId="77777777">
        <w:trPr>
          <w:trHeight w:val="440" w:hRule="atLeast"/>
          <w:cantSplit w:val="1"/>
        </w:trPr>
        <w:tc>
          <w:tcPr>
            <w:tcW w:w="5386"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6.1. Carton conformity</w:t>
            </w:r>
          </w:p>
        </w:tc>
        <w:tc>
          <w:tcPr>
            <w:tcW w:w="5046"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14EB2782" w14:textId="77777777">
        <w:trPr>
          <w:trHeight w:val="440" w:hRule="atLeast"/>
          <w:cantSplit w:val="1"/>
        </w:trPr>
        <w:tc>
          <w:tcPr>
            <w:tcW w:w="538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t>Carton dimension found L x W x H =     to   cm</w:t>
            </w:r>
          </w:p>
        </w:tc>
        <w:tc>
          <w:tcPr>
            <w:tcW w:w="504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575EAD21" w14:textId="77777777">
        <w:trPr>
          <w:trHeight w:val="440" w:hRule="atLeast"/>
          <w:cantSplit w:val="1"/>
        </w:trPr>
        <w:tc>
          <w:tcPr>
            <w:tcW w:w="5386"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Carton weight found:        to      kgs/carton</w:t>
            </w:r>
          </w:p>
        </w:tc>
        <w:tc>
          <w:tcPr>
            <w:tcW w:w="5046"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2797A1E5" w14:textId="77777777">
        <w:trPr>
          <w:trHeight w:val="440" w:hRule="atLeast"/>
          <w:cantSplit w:val="1"/>
        </w:trPr>
        <w:tc>
          <w:tcPr>
            <w:tcW w:w="10432"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20AB6188" w14:textId="77777777">
        <w:trPr>
          <w:trHeight w:val="440" w:hRule="atLeast"/>
          <w:cantSplit w:val="1"/>
        </w:trPr>
        <w:tc>
          <w:tcPr>
            <w:tcW w:w="10432"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6.2. Packaging</w:t>
            </w:r>
          </w:p>
        </w:tc>
      </w:tr>
      <w:tr w:rsidR="003C0E12" w14:paraId="2EFA6B74" w14:textId="77777777">
        <w:trPr>
          <w:trHeight w:val="440" w:hRule="atLeast"/>
          <w:cantSplit w:val="1"/>
        </w:trPr>
        <w:tc>
          <w:tcPr>
            <w:tcW w:w="538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t>A. Individual packing conformity (plastic bags, wowen bags, hangtag, instruction card,etc.)</w:t>
            </w:r>
          </w:p>
        </w:tc>
        <w:tc>
          <w:tcPr>
            <w:tcW w:w="504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088D37E1" w14:textId="77777777">
        <w:trPr>
          <w:trHeight w:val="440" w:hRule="atLeast"/>
          <w:cantSplit w:val="1"/>
        </w:trPr>
        <w:tc>
          <w:tcPr>
            <w:tcW w:w="10432"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759892EE" w14:textId="77777777">
        <w:trPr>
          <w:trHeight w:val="440" w:hRule="atLeast"/>
          <w:cantSplit w:val="1"/>
        </w:trPr>
        <w:tc>
          <w:tcPr>
            <w:tcW w:w="538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t>B. Assortment</w:t>
            </w:r>
          </w:p>
        </w:tc>
        <w:tc>
          <w:tcPr>
            <w:tcW w:w="504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1D0BFF44" w14:textId="77777777">
        <w:trPr>
          <w:trHeight w:val="440" w:hRule="atLeast"/>
          <w:cantSplit w:val="1"/>
        </w:trPr>
        <w:tc>
          <w:tcPr>
            <w:tcW w:w="10432"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Assortment checked on __ cartons</w:t>
            </w:r>
          </w:p>
        </w:tc>
      </w:tr>
      <w:tr w:rsidR="003C0E12" w14:paraId="46269C23" w14:textId="77777777">
        <w:trPr>
          <w:trHeight w:val="440" w:hRule="atLeast"/>
          <w:cantSplit w:val="1"/>
        </w:trPr>
        <w:tc>
          <w:tcPr>
            <w:tcW w:w="10432"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37714B4E" w14:textId="77777777">
        <w:trPr>
          <w:trHeight w:val="440" w:hRule="atLeast"/>
          <w:cantSplit w:val="1"/>
        </w:trPr>
        <w:tc>
          <w:tcPr>
            <w:tcW w:w="5386" w:type="dxa"/>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t>PACKING RESULT</w:t>
            </w:r>
          </w:p>
        </w:tc>
        <w:tc>
          <w:tcPr>
            <w:tcW w:w="5046" w:type="dxa"/>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r>
          </w:p>
        </w:tc>
      </w:tr>
    </w:tbl>
    <w:p>
      <w:pPr>
        <w:keepNext w:val="0"/>
        <w:keepLines/>
        <w:widowControl/>
        <w:spacing w:before="0" w:after="0" w:line="120" w:lineRule="exact"/>
        <w:ind w:left="0" w:right="0" w:firstLine="0"/>
      </w:pPr>
    </w:p>
    <w:tbl>
      <w:tblPr>
        <w:tblStyle w:val="TableNormal"/>
        <w:jc w:val="left"/>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40" w:type="dxa"/>
          <w:left w:w="90" w:type="dxa"/>
          <w:bottom w:w="40" w:type="dxa"/>
          <w:right w:w="90" w:type="dxa"/>
        </w:tblCellMar>
        <w:tblInd w:w="90" w:type="dxa"/>
        <w:tblW w:w="10432" w:type="dxa"/>
      </w:tblPr>
      <w:tblGrid>
        <w:gridCol w:w="5386"/>
        <w:gridCol w:w="5046"/>
      </w:tblGrid>
      <w:tr w:rsidR="003C0E12" w14:paraId="0FE49E71" w14:textId="77777777">
        <w:trPr>
          <w:trHeight w:val="440" w:hRule="atLeast"/>
          <w:cantSplit w:val="1"/>
          <w:tblHeader w:val="1"/>
        </w:trPr>
        <w:tc>
          <w:tcPr>
            <w:tcW w:w="5386" w:type="dxa"/>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t>Style No.:</w:t>
            </w:r>
          </w:p>
        </w:tc>
        <w:tc>
          <w:tcPr>
            <w:tcW w:w="5046" w:type="dxa"/>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t>P.O. No.:</w:t>
            </w:r>
          </w:p>
        </w:tc>
      </w:tr>
      <w:tr w:rsidR="003C0E12" w14:paraId="3316FB53" w14:textId="77777777">
        <w:trPr>
          <w:trHeight w:val="440" w:hRule="atLeast"/>
          <w:cantSplit w:val="1"/>
        </w:trPr>
        <w:tc>
          <w:tcPr>
            <w:tcW w:w="5386"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6.1. Carton conformity</w:t>
            </w:r>
          </w:p>
        </w:tc>
        <w:tc>
          <w:tcPr>
            <w:tcW w:w="5046"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49C333B0" w14:textId="77777777">
        <w:trPr>
          <w:trHeight w:val="440" w:hRule="atLeast"/>
          <w:cantSplit w:val="1"/>
        </w:trPr>
        <w:tc>
          <w:tcPr>
            <w:tcW w:w="538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t>Carton dimension found L x W x H=       to      cm</w:t>
            </w:r>
          </w:p>
        </w:tc>
        <w:tc>
          <w:tcPr>
            <w:tcW w:w="504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13A20D2A" w14:textId="77777777">
        <w:trPr>
          <w:trHeight w:val="440" w:hRule="atLeast"/>
          <w:cantSplit w:val="1"/>
        </w:trPr>
        <w:tc>
          <w:tcPr>
            <w:tcW w:w="5386"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Carton weight found:      to     kgs/carton</w:t>
            </w:r>
          </w:p>
        </w:tc>
        <w:tc>
          <w:tcPr>
            <w:tcW w:w="5046"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07AEC9E6" w14:textId="77777777">
        <w:trPr>
          <w:trHeight w:val="440" w:hRule="atLeast"/>
          <w:cantSplit w:val="1"/>
        </w:trPr>
        <w:tc>
          <w:tcPr>
            <w:tcW w:w="10432"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048CBC15" w14:textId="77777777">
        <w:trPr>
          <w:trHeight w:val="440" w:hRule="atLeast"/>
          <w:cantSplit w:val="1"/>
        </w:trPr>
        <w:tc>
          <w:tcPr>
            <w:tcW w:w="10432"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6.2. Packaging</w:t>
            </w:r>
          </w:p>
        </w:tc>
      </w:tr>
      <w:tr w:rsidR="003C0E12" w14:paraId="0721F1D5" w14:textId="77777777">
        <w:trPr>
          <w:trHeight w:val="440" w:hRule="atLeast"/>
          <w:cantSplit w:val="1"/>
        </w:trPr>
        <w:tc>
          <w:tcPr>
            <w:tcW w:w="538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t>A. Individual packing conformity (plastic bags, wowen bags, hangtag, instruction card,etc.)</w:t>
            </w:r>
          </w:p>
        </w:tc>
        <w:tc>
          <w:tcPr>
            <w:tcW w:w="504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1036B012" w14:textId="77777777">
        <w:trPr>
          <w:trHeight w:val="440" w:hRule="atLeast"/>
          <w:cantSplit w:val="1"/>
        </w:trPr>
        <w:tc>
          <w:tcPr>
            <w:tcW w:w="10432"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24BA3503" w14:textId="77777777">
        <w:trPr>
          <w:trHeight w:val="440" w:hRule="atLeast"/>
          <w:cantSplit w:val="1"/>
        </w:trPr>
        <w:tc>
          <w:tcPr>
            <w:tcW w:w="538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t>B. Assortment</w:t>
            </w:r>
          </w:p>
        </w:tc>
        <w:tc>
          <w:tcPr>
            <w:tcW w:w="504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3D82F01B" w14:textId="77777777">
        <w:trPr>
          <w:trHeight w:val="440" w:hRule="atLeast"/>
          <w:cantSplit w:val="1"/>
        </w:trPr>
        <w:tc>
          <w:tcPr>
            <w:tcW w:w="10432"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Assortment checked on __ cartons</w:t>
            </w:r>
          </w:p>
        </w:tc>
      </w:tr>
      <w:tr w:rsidR="003C0E12" w14:paraId="791D14C9" w14:textId="77777777">
        <w:trPr>
          <w:trHeight w:val="440" w:hRule="atLeast"/>
          <w:cantSplit w:val="1"/>
        </w:trPr>
        <w:tc>
          <w:tcPr>
            <w:tcW w:w="10432" w:type="dxa"/>
            <w:gridSpan w:val="2"/>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7AF4DDFF" w14:textId="77777777">
        <w:trPr>
          <w:trHeight w:val="440" w:hRule="atLeast"/>
          <w:cantSplit w:val="1"/>
        </w:trPr>
        <w:tc>
          <w:tcPr>
            <w:tcW w:w="5386" w:type="dxa"/>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t>PACKING RESULT</w:t>
            </w:r>
          </w:p>
        </w:tc>
        <w:tc>
          <w:tcPr>
            <w:tcW w:w="5046" w:type="dxa"/>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r>
          </w:p>
        </w:tc>
      </w:tr>
    </w:tbl>
    <w:p>
      <w:pPr>
        <w:keepNext w:val="0"/>
        <w:keepLines/>
        <w:widowControl/>
        <w:spacing w:before="0" w:after="0" w:line="120" w:lineRule="exact"/>
        <w:ind w:left="0" w:right="0" w:firstLine="0"/>
      </w:pPr>
    </w:p>
    <w:p>
      <w:pPr>
        <w:keepNext/>
        <w:keepLines/>
        <w:pageBreakBefore w:val="0"/>
        <w:widowControl/>
        <w:spacing w:before="200" w:after="140" w:line="259" w:lineRule="auto"/>
        <w:ind w:left="0" w:right="0" w:firstLine="0"/>
      </w:pPr>
      <w:r>
        <w:rPr>
          <w:rFonts w:ascii="Arial" w:hAnsi="Arial" w:eastAsia="Arial" w:cs="Arial"/>
          <w:b/>
          <w:color w:val="00559E"/>
          <w:sz w:val="24"/>
        </w:rPr>
        <w:t>7 Shipping marks</w:t>
      </w:r>
    </w:p>
    <w:tbl>
      <w:tblPr>
        <w:tblStyle w:val="TableNormal"/>
        <w:jc w:val="left"/>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40" w:type="dxa"/>
          <w:left w:w="90" w:type="dxa"/>
          <w:bottom w:w="40" w:type="dxa"/>
          <w:right w:w="90" w:type="dxa"/>
        </w:tblCellMar>
        <w:tblInd w:w="90" w:type="dxa"/>
        <w:tblW w:w="10432" w:type="dxa"/>
      </w:tblPr>
      <w:tblGrid>
        <w:gridCol w:w="3836"/>
        <w:gridCol w:w="2113"/>
        <w:gridCol w:w="4483"/>
      </w:tblGrid>
      <w:tr w:rsidR="003C0E12" w14:paraId="5B79E533" w14:textId="77777777">
        <w:trPr>
          <w:trHeight w:val="440" w:hRule="atLeast"/>
          <w:cantSplit w:val="1"/>
          <w:tblHeader w:val="1"/>
        </w:trPr>
        <w:tc>
          <w:tcPr>
            <w:tcW w:w="5949" w:type="dxa"/>
            <w:gridSpan w:val="2"/>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t>Style No.:</w:t>
            </w:r>
          </w:p>
        </w:tc>
        <w:tc>
          <w:tcPr>
            <w:tcW w:w="4483" w:type="dxa"/>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t>P.O. No.:</w:t>
            </w:r>
          </w:p>
        </w:tc>
      </w:tr>
      <w:tr w:rsidR="003C0E12" w14:paraId="5022D622" w14:textId="77777777">
        <w:trPr>
          <w:trHeight w:val="440" w:hRule="atLeast"/>
          <w:cantSplit w:val="1"/>
        </w:trPr>
        <w:tc>
          <w:tcPr>
            <w:tcW w:w="3836"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7.1. Side labels conformity</w:t>
            </w:r>
          </w:p>
        </w:tc>
        <w:tc>
          <w:tcPr>
            <w:tcW w:w="6596"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684D346D" w14:textId="77777777">
        <w:trPr>
          <w:trHeight w:val="440" w:hRule="atLeast"/>
          <w:cantSplit w:val="1"/>
        </w:trPr>
        <w:tc>
          <w:tcPr>
            <w:tcW w:w="10432" w:type="dxa"/>
            <w:gridSpan w:val="3"/>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24F5AD2B" w14:textId="77777777">
        <w:trPr>
          <w:trHeight w:val="440" w:hRule="atLeast"/>
          <w:cantSplit w:val="1"/>
        </w:trPr>
        <w:tc>
          <w:tcPr>
            <w:tcW w:w="3836"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t>7.2. Shipping marks conformity</w:t>
            </w:r>
          </w:p>
        </w:tc>
        <w:tc>
          <w:tcPr>
            <w:tcW w:w="6596"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46289CD1" w14:textId="77777777">
        <w:trPr>
          <w:trHeight w:val="440" w:hRule="atLeast"/>
          <w:cantSplit w:val="1"/>
        </w:trPr>
        <w:tc>
          <w:tcPr>
            <w:tcW w:w="10432" w:type="dxa"/>
            <w:gridSpan w:val="3"/>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4A8C7D7E" w14:textId="77777777">
        <w:trPr>
          <w:trHeight w:val="440" w:hRule="atLeast"/>
          <w:cantSplit w:val="1"/>
        </w:trPr>
        <w:tc>
          <w:tcPr>
            <w:tcW w:w="3836" w:type="dxa"/>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t>SHIPPING MARK RESULT</w:t>
            </w:r>
          </w:p>
        </w:tc>
        <w:tc>
          <w:tcPr>
            <w:tcW w:w="6596" w:type="dxa"/>
            <w:gridSpan w:val="2"/>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r>
          </w:p>
        </w:tc>
      </w:tr>
    </w:tbl>
    <w:p>
      <w:pPr>
        <w:keepNext w:val="0"/>
        <w:keepLines/>
        <w:widowControl/>
        <w:spacing w:before="0" w:after="0" w:line="120" w:lineRule="exact"/>
        <w:ind w:left="0" w:right="0" w:firstLine="0"/>
      </w:pPr>
    </w:p>
    <w:p>
      <w:pPr>
        <w:keepNext/>
        <w:keepLines/>
        <w:pageBreakBefore w:val="0"/>
        <w:widowControl/>
        <w:spacing w:before="200" w:after="140" w:line="259" w:lineRule="auto"/>
        <w:ind w:left="0" w:right="0" w:firstLine="0"/>
      </w:pPr>
      <w:r>
        <w:rPr>
          <w:rFonts w:ascii="Arial" w:hAnsi="Arial" w:eastAsia="Arial" w:cs="Arial"/>
          <w:b/>
          <w:color w:val="00559E"/>
          <w:sz w:val="24"/>
        </w:rPr>
        <w:t>8 Style and color conformity</w:t>
      </w:r>
    </w:p>
    <w:tbl>
      <w:tblPr>
        <w:tblStyle w:val="TableNormal"/>
        <w:jc w:val="left"/>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40" w:type="dxa"/>
          <w:left w:w="90" w:type="dxa"/>
          <w:bottom w:w="40" w:type="dxa"/>
          <w:right w:w="90" w:type="dxa"/>
        </w:tblCellMar>
        <w:tblInd w:w="90" w:type="dxa"/>
        <w:tblW w:w="10432" w:type="dxa"/>
      </w:tblPr>
      <w:tblGrid>
        <w:gridCol w:w="3977"/>
        <w:gridCol w:w="2112"/>
        <w:gridCol w:w="4343"/>
      </w:tblGrid>
      <w:tr w:rsidR="003C0E12" w14:paraId="182B5EAD" w14:textId="77777777">
        <w:trPr>
          <w:trHeight w:val="440" w:hRule="atLeast"/>
          <w:cantSplit w:val="1"/>
          <w:tblHeader w:val="1"/>
        </w:trPr>
        <w:tc>
          <w:tcPr>
            <w:tcW w:w="6089" w:type="dxa"/>
            <w:gridSpan w:val="2"/>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t>Style No.:</w:t>
            </w:r>
          </w:p>
        </w:tc>
        <w:tc>
          <w:tcPr>
            <w:tcW w:w="4343" w:type="dxa"/>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t>P.O. No.:</w:t>
            </w:r>
          </w:p>
        </w:tc>
      </w:tr>
      <w:tr w:rsidR="003C0E12" w14:paraId="34846941" w14:textId="77777777">
        <w:trPr>
          <w:trHeight w:val="440" w:hRule="atLeast"/>
          <w:cantSplit w:val="1"/>
        </w:trPr>
        <w:tc>
          <w:tcPr>
            <w:tcW w:w="3977" w:type="dxa"/>
            <w:shd w:fill="FFFFFF"/>
            <w:vAlign w:val="center"/>
          </w:tcPr>
          <w:p>
            <w:pPr>
              <w:keepNext w:val="0"/>
              <w:keepLines/>
              <w:widowControl/>
              <w:spacing w:before="0" w:after="0" w:line="259" w:lineRule="auto"/>
              <w:ind w:left="0" w:right="0" w:firstLine="0"/>
            </w:pPr>
            <w:r>
              <w:rPr>
                <w:rFonts w:ascii="Arial" w:hAnsi="Arial" w:eastAsia="Arial" w:cs="Arial"/>
                <w:b w:val="0"/>
                <w:color w:val="243746"/>
                <w:sz w:val="18"/>
              </w:rPr>
              <w:t>8.1. Style conformity</w:t>
            </w:r>
          </w:p>
        </w:tc>
        <w:tc>
          <w:tcPr>
            <w:tcW w:w="6455"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1E24E340" w14:textId="77777777">
        <w:trPr>
          <w:trHeight w:val="440" w:hRule="atLeast"/>
          <w:cantSplit w:val="1"/>
        </w:trPr>
        <w:tc>
          <w:tcPr>
            <w:tcW w:w="10432" w:type="dxa"/>
            <w:gridSpan w:val="3"/>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7EC0524B" w14:textId="77777777">
        <w:trPr>
          <w:trHeight w:val="440" w:hRule="atLeast"/>
          <w:cantSplit w:val="1"/>
        </w:trPr>
        <w:tc>
          <w:tcPr>
            <w:tcW w:w="3977" w:type="dxa"/>
            <w:shd w:fill="FFFFFF"/>
            <w:vAlign w:val="center"/>
          </w:tcPr>
          <w:p>
            <w:pPr>
              <w:keepNext w:val="0"/>
              <w:keepLines/>
              <w:widowControl/>
              <w:spacing w:before="0" w:after="0" w:line="259" w:lineRule="auto"/>
              <w:ind w:left="0" w:right="0" w:firstLine="0"/>
            </w:pPr>
            <w:r>
              <w:rPr>
                <w:rFonts w:ascii="Arial" w:hAnsi="Arial" w:eastAsia="Arial" w:cs="Arial"/>
                <w:b w:val="0"/>
                <w:color w:val="243746"/>
                <w:sz w:val="18"/>
              </w:rPr>
              <w:t>8.2. Material conformity (hand feeling)</w:t>
            </w:r>
          </w:p>
        </w:tc>
        <w:tc>
          <w:tcPr>
            <w:tcW w:w="6455"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3A680541" w14:textId="77777777">
        <w:trPr>
          <w:trHeight w:val="440" w:hRule="atLeast"/>
          <w:cantSplit w:val="1"/>
        </w:trPr>
        <w:tc>
          <w:tcPr>
            <w:tcW w:w="10432" w:type="dxa"/>
            <w:gridSpan w:val="3"/>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6FC85F0D" w14:textId="77777777">
        <w:trPr>
          <w:trHeight w:val="440" w:hRule="atLeast"/>
          <w:cantSplit w:val="1"/>
        </w:trPr>
        <w:tc>
          <w:tcPr>
            <w:tcW w:w="3977" w:type="dxa"/>
            <w:shd w:fill="FFFFFF"/>
            <w:vAlign w:val="center"/>
          </w:tcPr>
          <w:p>
            <w:pPr>
              <w:keepNext w:val="0"/>
              <w:keepLines/>
              <w:widowControl/>
              <w:spacing w:before="0" w:after="0" w:line="259" w:lineRule="auto"/>
              <w:ind w:left="0" w:right="0" w:firstLine="0"/>
            </w:pPr>
            <w:r>
              <w:rPr>
                <w:rFonts w:ascii="Arial" w:hAnsi="Arial" w:eastAsia="Arial" w:cs="Arial"/>
                <w:b w:val="0"/>
                <w:color w:val="243746"/>
                <w:sz w:val="18"/>
              </w:rPr>
              <w:t>8.3. Color conformity</w:t>
            </w:r>
          </w:p>
        </w:tc>
        <w:tc>
          <w:tcPr>
            <w:tcW w:w="6455" w:type="dxa"/>
            <w:gridSpan w:val="2"/>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39EBE343" w14:textId="77777777">
        <w:trPr>
          <w:trHeight w:val="440" w:hRule="atLeast"/>
          <w:cantSplit w:val="1"/>
        </w:trPr>
        <w:tc>
          <w:tcPr>
            <w:tcW w:w="10432" w:type="dxa"/>
            <w:gridSpan w:val="3"/>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8"/>
              </w:rPr>
            </w:r>
          </w:p>
        </w:tc>
      </w:tr>
      <w:tr w:rsidR="003C0E12" w14:paraId="70EBE6DA" w14:textId="77777777">
        <w:trPr>
          <w:trHeight w:val="440" w:hRule="atLeast"/>
          <w:cantSplit w:val="1"/>
        </w:trPr>
        <w:tc>
          <w:tcPr>
            <w:tcW w:w="3977" w:type="dxa"/>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t>STYLE/COLOR CONFORMITY RESULT</w:t>
            </w:r>
          </w:p>
        </w:tc>
        <w:tc>
          <w:tcPr>
            <w:tcW w:w="6455" w:type="dxa"/>
            <w:gridSpan w:val="2"/>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8"/>
              </w:rPr>
            </w:r>
          </w:p>
        </w:tc>
      </w:tr>
    </w:tbl>
    <w:p>
      <w:pPr>
        <w:keepNext/>
        <w:keepLines/>
        <w:pageBreakBefore w:val="0"/>
        <w:widowControl/>
        <w:spacing w:before="200" w:after="140" w:line="259" w:lineRule="auto"/>
        <w:ind w:left="0" w:right="0" w:firstLine="0"/>
      </w:pPr>
      <w:r>
        <w:rPr>
          <w:rFonts w:ascii="Arial" w:hAnsi="Arial" w:eastAsia="Arial" w:cs="Arial"/>
          <w:b/>
          <w:color w:val="00559E"/>
          <w:sz w:val="24"/>
        </w:rPr>
        <w:t>9 Notes and inspection environment</w:t>
      </w:r>
    </w:p>
    <w:p>
      <w:pPr>
        <w:keepNext w:val="0"/>
        <w:keepLines/>
        <w:widowControl/>
        <w:spacing w:before="0" w:after="100" w:line="259" w:lineRule="auto"/>
        <w:ind w:left="0" w:right="0" w:firstLine="0"/>
      </w:pPr>
      <w:r>
        <w:rPr>
          <w:rFonts w:ascii="Arial" w:hAnsi="Arial" w:eastAsia="Arial" w:cs="Arial"/>
          <w:b w:val="0"/>
          <w:color w:val="243746"/>
          <w:sz w:val="16"/>
        </w:rPr>
        <w:t>Note: When more than one option per field is possible, write them separately by a slash. (For example, for different P.O. No. write: PO1 / PO2 / PO3).</w:t>
      </w:r>
    </w:p>
    <w:p>
      <w:pPr>
        <w:keepNext w:val="0"/>
        <w:keepLines/>
        <w:widowControl/>
        <w:spacing w:before="0" w:after="100" w:line="259" w:lineRule="auto"/>
        <w:ind w:left="0" w:right="0" w:firstLine="0"/>
      </w:pPr>
      <w:r>
        <w:rPr>
          <w:rFonts w:ascii="Arial" w:hAnsi="Arial" w:eastAsia="Arial" w:cs="Arial"/>
          <w:b w:val="0"/>
          <w:color w:val="243746"/>
          <w:sz w:val="16"/>
        </w:rPr>
        <w:t>The defects listed in report are findings from actual observation of product appearance / cosmetic during this inspection.</w:t>
      </w:r>
    </w:p>
    <w:p>
      <w:pPr>
        <w:keepNext w:val="0"/>
        <w:keepLines/>
        <w:widowControl/>
        <w:spacing w:before="0" w:after="100" w:line="259" w:lineRule="auto"/>
        <w:ind w:left="0" w:right="0" w:firstLine="0"/>
      </w:pPr>
      <w:r>
        <w:rPr>
          <w:rFonts w:ascii="Arial" w:hAnsi="Arial" w:eastAsia="Arial" w:cs="Arial"/>
          <w:b w:val="0"/>
          <w:color w:val="243746"/>
          <w:sz w:val="16"/>
        </w:rPr>
        <w:t>For avoid mould growth on product or packaging material, client is recommended to require vendor / factory / logistic service provider / store managers, to well control the storage condition and shipping condition for avoid any damage to products. Moisture content and humidity of the manufacturing plant should be measured and assessed, including monitoring of packaging materials, general housekeeping, etc. The moisture prevention procedure should also be implemented in shipment, transportation and finished products handling in distribution center and store.</w:t>
      </w:r>
    </w:p>
    <w:tbl>
      <w:tblPr>
        <w:tblStyle w:val="TableNormal"/>
        <w:tblOverlap w:val="never"/>
        <w:tblLayout w:type="fixed"/>
        <w:tblLook w:val="04A0" w:firstRow="1" w:lastRow="0" w:firstColumn="1" w:lastColumn="0" w:noHBand="0" w:noVBand="1"/>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CellMar>
          <w:top w:w="30" w:type="dxa"/>
          <w:left w:w="90" w:type="dxa"/>
          <w:bottom w:w="30" w:type="dxa"/>
          <w:right w:w="90" w:type="dxa"/>
        </w:tblCellMar>
        <w:jc w:val="left"/>
        <w:tblInd w:w="90" w:type="dxa"/>
        <w:tblW w:w="10432" w:type="dxa"/>
      </w:tblPr>
      <w:tblGrid>
        <w:gridCol w:w="2005"/>
        <w:gridCol w:w="1492"/>
        <w:gridCol w:w="1955"/>
        <w:gridCol w:w="1666"/>
        <w:gridCol w:w="3314"/>
      </w:tblGrid>
      <w:tr w:rsidR="00C66422" w14:paraId="4DC6589B" w14:textId="77777777" w:rsidTr="00B66B2D">
        <w:trPr>
          <w:trHeight w:val="360" w:hRule="atLeast"/>
          <w:cantSplit w:val="1"/>
          <w:tblHeader w:val="1"/>
        </w:trPr>
        <w:tc>
          <w:tcPr>
            <w:tcW w:w="2005" w:type="dxa"/>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6"/>
              </w:rPr>
              <w:t>Lighting</w:t>
            </w:r>
          </w:p>
        </w:tc>
        <w:tc>
          <w:tcPr>
            <w:tcW w:w="1492" w:type="dxa"/>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6"/>
              </w:rPr>
              <w:t>☐ Day light</w:t>
            </w:r>
          </w:p>
        </w:tc>
        <w:tc>
          <w:tcPr>
            <w:tcW w:w="1955" w:type="dxa"/>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6"/>
              </w:rPr>
              <w:t>☐ Room lighting</w:t>
            </w:r>
          </w:p>
        </w:tc>
        <w:tc>
          <w:tcPr>
            <w:tcW w:w="1666" w:type="dxa"/>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6"/>
              </w:rPr>
              <w:t>☐ Sufficient</w:t>
            </w:r>
          </w:p>
        </w:tc>
        <w:tc>
          <w:tcPr>
            <w:tcW w:w="3314" w:type="dxa"/>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6"/>
              </w:rPr>
              <w:t>☐ Insufficient</w:t>
            </w:r>
          </w:p>
        </w:tc>
      </w:tr>
      <w:tr w:rsidR="00C66422" w14:paraId="5FABCA79" w14:textId="77777777" w:rsidTr="00B66B2D">
        <w:trPr>
          <w:trHeight w:val="360" w:hRule="atLeast"/>
          <w:cantSplit w:val="1"/>
        </w:trPr>
        <w:tc>
          <w:tcPr>
            <w:tcW w:w="200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Inspection place</w:t>
            </w:r>
          </w:p>
        </w:tc>
        <w:tc>
          <w:tcPr>
            <w:tcW w:w="149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 Warehouse</w:t>
            </w:r>
          </w:p>
        </w:tc>
        <w:tc>
          <w:tcPr>
            <w:tcW w:w="195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 Factory workshop</w:t>
            </w:r>
          </w:p>
        </w:tc>
        <w:tc>
          <w:tcPr>
            <w:tcW w:w="1666"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 Other: workshop</w:t>
            </w:r>
          </w:p>
        </w:tc>
        <w:tc>
          <w:tcPr>
            <w:tcW w:w="3314"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C66422" w14:paraId="18DEE05D" w14:textId="77777777" w:rsidTr="00B66B2D">
        <w:trPr>
          <w:trHeight w:val="360" w:hRule="atLeast"/>
          <w:cantSplit w:val="1"/>
        </w:trPr>
        <w:tc>
          <w:tcPr>
            <w:tcW w:w="200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Inspection done on</w:t>
            </w:r>
          </w:p>
        </w:tc>
        <w:tc>
          <w:tcPr>
            <w:tcW w:w="149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 Table</w:t>
            </w:r>
          </w:p>
        </w:tc>
        <w:tc>
          <w:tcPr>
            <w:tcW w:w="195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 Other:</w:t>
            </w:r>
          </w:p>
        </w:tc>
        <w:tc>
          <w:tcPr>
            <w:tcW w:w="166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c>
          <w:tcPr>
            <w:tcW w:w="3314"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C66422" w14:paraId="51F787F5" w14:textId="77777777" w:rsidTr="00B66B2D">
        <w:trPr>
          <w:trHeight w:val="360" w:hRule="atLeast"/>
          <w:cantSplit w:val="1"/>
        </w:trPr>
        <w:tc>
          <w:tcPr>
            <w:tcW w:w="200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Cleanliness</w:t>
            </w:r>
          </w:p>
        </w:tc>
        <w:tc>
          <w:tcPr>
            <w:tcW w:w="1492"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 Clean</w:t>
            </w:r>
          </w:p>
        </w:tc>
        <w:tc>
          <w:tcPr>
            <w:tcW w:w="1955"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 Dirty</w:t>
            </w:r>
          </w:p>
        </w:tc>
        <w:tc>
          <w:tcPr>
            <w:tcW w:w="1666"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t>☐ Other:</w:t>
            </w:r>
          </w:p>
        </w:tc>
        <w:tc>
          <w:tcPr>
            <w:tcW w:w="3314" w:type="dxa"/>
            <w:shd w:fill="FFFFFF"/>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C66422" w14:paraId="64E924F5" w14:textId="77777777" w:rsidTr="00B66B2D">
        <w:trPr>
          <w:trHeight w:val="360" w:hRule="atLeast"/>
          <w:cantSplit w:val="1"/>
        </w:trPr>
        <w:tc>
          <w:tcPr>
            <w:tcW w:w="200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Weather condition</w:t>
            </w:r>
          </w:p>
        </w:tc>
        <w:tc>
          <w:tcPr>
            <w:tcW w:w="1492"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 Rainy</w:t>
            </w:r>
          </w:p>
        </w:tc>
        <w:tc>
          <w:tcPr>
            <w:tcW w:w="1955"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 Dry</w:t>
            </w:r>
          </w:p>
        </w:tc>
        <w:tc>
          <w:tcPr>
            <w:tcW w:w="1666"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t>☐ Other:</w:t>
            </w:r>
          </w:p>
        </w:tc>
        <w:tc>
          <w:tcPr>
            <w:tcW w:w="3314" w:type="dxa"/>
            <w:shd w:fill="F4F8FB"/>
            <w:vAlign w:val="center"/>
          </w:tcPr>
          <w:p>
            <w:pPr>
              <w:keepNext/>
              <w:keepLines/>
              <w:widowControl/>
              <w:spacing w:before="0" w:after="0" w:line="259" w:lineRule="auto"/>
              <w:ind w:left="0" w:right="0" w:firstLine="0"/>
              <w:jc w:val="left"/>
            </w:pPr>
            <w:r>
              <w:rPr>
                <w:rFonts w:ascii="Arial" w:hAnsi="Arial" w:eastAsia="Arial" w:cs="Arial"/>
                <w:b w:val="0"/>
                <w:color w:val="243746"/>
                <w:sz w:val="16"/>
              </w:rPr>
            </w:r>
          </w:p>
        </w:tc>
      </w:tr>
      <w:tr w:rsidR="00C66422" w14:paraId="0841D9F7" w14:textId="77777777" w:rsidTr="00B66B2D">
        <w:trPr>
          <w:trHeight w:val="360" w:hRule="atLeast"/>
          <w:cantSplit w:val="1"/>
        </w:trPr>
        <w:tc>
          <w:tcPr>
            <w:tcW w:w="2005" w:type="dxa"/>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t>Observations</w:t>
            </w:r>
          </w:p>
        </w:tc>
        <w:tc>
          <w:tcPr>
            <w:tcW w:w="8427" w:type="dxa"/>
            <w:gridSpan w:val="4"/>
            <w:shd w:fill="FFFFFF"/>
            <w:vAlign w:val="center"/>
          </w:tcPr>
          <w:p>
            <w:pPr>
              <w:keepNext w:val="0"/>
              <w:keepLines/>
              <w:widowControl/>
              <w:spacing w:before="0" w:after="0" w:line="259" w:lineRule="auto"/>
              <w:ind w:left="0" w:right="0" w:firstLine="0"/>
              <w:jc w:val="left"/>
            </w:pPr>
            <w:r>
              <w:rPr>
                <w:rFonts w:ascii="Arial" w:hAnsi="Arial" w:eastAsia="Arial" w:cs="Arial"/>
                <w:b w:val="0"/>
                <w:color w:val="243746"/>
                <w:sz w:val="16"/>
              </w:rPr>
            </w:r>
          </w:p>
        </w:tc>
      </w:tr>
    </w:tbl>
    <w:p>
      <w:pPr>
        <w:keepNext/>
        <w:keepLines/>
        <w:pageBreakBefore/>
        <w:widowControl/>
        <w:spacing w:before="200" w:after="140" w:line="259" w:lineRule="auto"/>
        <w:ind w:left="0" w:right="0" w:firstLine="0"/>
      </w:pPr>
      <w:r>
        <w:rPr>
          <w:rFonts w:ascii="Arial" w:hAnsi="Arial" w:eastAsia="Arial" w:cs="Arial"/>
          <w:b/>
          <w:color w:val="00559E"/>
          <w:sz w:val="24"/>
        </w:rPr>
        <w:t>Inspection photographs</w:t>
      </w:r>
    </w:p>
    <w:p>
      <w:pPr>
        <w:keepNext/>
        <w:keepLines/>
        <w:widowControl/>
        <w:spacing w:before="0" w:after="140" w:line="259" w:lineRule="auto"/>
        <w:ind w:left="0" w:right="0" w:firstLine="0"/>
      </w:pPr>
      <w:r>
        <w:rPr>
          <w:rFonts w:ascii="Arial" w:hAnsi="Arial" w:eastAsia="Arial" w:cs="Arial"/>
          <w:b w:val="0"/>
          <w:color w:val="243746"/>
          <w:sz w:val="17"/>
        </w:rPr>
        <w:t>Attach up to eight photographs on this page. Supply extra images as separate files when needed.</w:t>
      </w:r>
    </w:p>
    <w:tbl>
      <w:tblPr>
        <w:tblLook w:firstColumn="1" w:firstRow="1" w:lastColumn="0" w:lastRow="0" w:noHBand="0" w:noVBand="1" w:val="04A0"/>
        <w:jc w:val="left"/>
        <w:tblBorders>
          <w:top w:val="single" w:sz="5" w:space="0" w:color="C7D6E0"/>
          <w:left w:val="single" w:sz="5" w:space="0" w:color="C7D6E0"/>
          <w:bottom w:val="single" w:sz="5" w:space="0" w:color="C7D6E0"/>
          <w:right w:val="single" w:sz="5" w:space="0" w:color="C7D6E0"/>
          <w:insideH w:val="single" w:sz="5" w:space="0" w:color="C7D6E0"/>
          <w:insideV w:val="single" w:sz="5" w:space="0" w:color="C7D6E0"/>
        </w:tblBorders>
        <w:tblLayout w:type="fixed"/>
        <w:tblCellMar>
          <w:top w:w="40" w:type="dxa"/>
          <w:left w:w="90" w:type="dxa"/>
          <w:bottom w:w="40" w:type="dxa"/>
          <w:right w:w="90" w:type="dxa"/>
        </w:tblCellMar>
        <w:tblInd w:w="90" w:type="dxa"/>
        <w:tblW w:w="10432" w:type="dxa"/>
      </w:tblPr>
      <w:tblGrid>
        <w:gridCol w:w="5216"/>
        <w:gridCol w:w="5216"/>
      </w:tblGrid>
      <w:tr>
        <w:trPr>
          <w:cantSplit w:val="1"/>
          <w:trHeight w:val="440" w:hRule="atLeast"/>
          <w:tblHeader w:val="1"/>
        </w:trPr>
        <w:tc>
          <w:tcPr>
            <w:tcW w:type="dxa" w:w="10432"/>
            <w:gridSpan w:val="2"/>
            <w:shd w:fill="00559E"/>
            <w:vAlign w:val="center"/>
          </w:tcPr>
          <w:p>
            <w:pPr>
              <w:keepNext/>
              <w:keepLines/>
              <w:widowControl/>
              <w:spacing w:before="0" w:after="0" w:line="259" w:lineRule="auto"/>
              <w:ind w:left="0" w:right="0" w:firstLine="0"/>
              <w:jc w:val="center"/>
            </w:pPr>
            <w:r>
              <w:rPr>
                <w:rFonts w:ascii="Arial" w:hAnsi="Arial" w:eastAsia="Arial" w:cs="Arial"/>
                <w:b/>
                <w:color w:val="FFFFFF"/>
                <w:sz w:val="18"/>
              </w:rPr>
              <w:t>PHOTO ATTACHMENT</w:t>
            </w:r>
          </w:p>
        </w:tc>
      </w:tr>
      <w:tr>
        <w:trPr>
          <w:cantSplit w:val="1"/>
          <w:trHeight w:val="2900" w:hRule="atLeast"/>
        </w:trPr>
        <w:tc>
          <w:tcPr>
            <w:tcW w:type="dxa" w:w="5216"/>
            <w:shd w:fill="FFFFFF"/>
            <w:vAlign w:val="top"/>
          </w:tcPr>
          <w:p>
            <w:pPr>
              <w:keepNext w:val="0"/>
              <w:keepLines/>
              <w:widowControl/>
              <w:spacing w:before="0" w:after="0" w:line="259" w:lineRule="auto"/>
              <w:ind w:left="0" w:right="0" w:firstLine="0"/>
            </w:pPr>
            <w:r>
              <w:rPr>
                <w:rFonts w:ascii="Arial" w:hAnsi="Arial" w:eastAsia="Arial" w:cs="Arial"/>
                <w:b/>
                <w:color w:val="00559E"/>
                <w:sz w:val="18"/>
              </w:rPr>
              <w:t>Photo 1</w:t>
            </w:r>
          </w:p>
        </w:tc>
        <w:tc>
          <w:tcPr>
            <w:tcW w:type="dxa" w:w="5216"/>
            <w:shd w:fill="FFFFFF"/>
            <w:vAlign w:val="top"/>
          </w:tcPr>
          <w:p>
            <w:pPr>
              <w:keepNext w:val="0"/>
              <w:keepLines/>
              <w:widowControl/>
              <w:spacing w:before="0" w:after="0" w:line="259" w:lineRule="auto"/>
              <w:ind w:left="0" w:right="0" w:firstLine="0"/>
            </w:pPr>
            <w:r>
              <w:rPr>
                <w:rFonts w:ascii="Arial" w:hAnsi="Arial" w:eastAsia="Arial" w:cs="Arial"/>
                <w:b/>
                <w:color w:val="00559E"/>
                <w:sz w:val="18"/>
              </w:rPr>
              <w:t>Photo 2</w:t>
            </w:r>
          </w:p>
        </w:tc>
      </w:tr>
      <w:tr>
        <w:trPr>
          <w:cantSplit w:val="1"/>
          <w:trHeight w:val="2900" w:hRule="atLeast"/>
        </w:trPr>
        <w:tc>
          <w:tcPr>
            <w:tcW w:type="dxa" w:w="5216"/>
            <w:shd w:fill="FFFFFF"/>
            <w:vAlign w:val="top"/>
          </w:tcPr>
          <w:p>
            <w:pPr>
              <w:keepNext w:val="0"/>
              <w:keepLines/>
              <w:widowControl/>
              <w:spacing w:before="0" w:after="0" w:line="259" w:lineRule="auto"/>
              <w:ind w:left="0" w:right="0" w:firstLine="0"/>
            </w:pPr>
            <w:r>
              <w:rPr>
                <w:rFonts w:ascii="Arial" w:hAnsi="Arial" w:eastAsia="Arial" w:cs="Arial"/>
                <w:b/>
                <w:color w:val="00559E"/>
                <w:sz w:val="18"/>
              </w:rPr>
              <w:t>Photo 3</w:t>
            </w:r>
          </w:p>
        </w:tc>
        <w:tc>
          <w:tcPr>
            <w:tcW w:type="dxa" w:w="5216"/>
            <w:shd w:fill="FFFFFF"/>
            <w:vAlign w:val="top"/>
          </w:tcPr>
          <w:p>
            <w:pPr>
              <w:keepNext w:val="0"/>
              <w:keepLines/>
              <w:widowControl/>
              <w:spacing w:before="0" w:after="0" w:line="259" w:lineRule="auto"/>
              <w:ind w:left="0" w:right="0" w:firstLine="0"/>
            </w:pPr>
            <w:r>
              <w:rPr>
                <w:rFonts w:ascii="Arial" w:hAnsi="Arial" w:eastAsia="Arial" w:cs="Arial"/>
                <w:b/>
                <w:color w:val="00559E"/>
                <w:sz w:val="18"/>
              </w:rPr>
              <w:t>Photo 4</w:t>
            </w:r>
          </w:p>
        </w:tc>
      </w:tr>
      <w:tr>
        <w:trPr>
          <w:cantSplit w:val="1"/>
          <w:trHeight w:val="2900" w:hRule="atLeast"/>
        </w:trPr>
        <w:tc>
          <w:tcPr>
            <w:tcW w:type="dxa" w:w="5216"/>
            <w:shd w:fill="FFFFFF"/>
            <w:vAlign w:val="top"/>
          </w:tcPr>
          <w:p>
            <w:pPr>
              <w:keepNext w:val="0"/>
              <w:keepLines/>
              <w:widowControl/>
              <w:spacing w:before="0" w:after="0" w:line="259" w:lineRule="auto"/>
              <w:ind w:left="0" w:right="0" w:firstLine="0"/>
            </w:pPr>
            <w:r>
              <w:rPr>
                <w:rFonts w:ascii="Arial" w:hAnsi="Arial" w:eastAsia="Arial" w:cs="Arial"/>
                <w:b/>
                <w:color w:val="00559E"/>
                <w:sz w:val="18"/>
              </w:rPr>
              <w:t>Photo 5</w:t>
            </w:r>
          </w:p>
        </w:tc>
        <w:tc>
          <w:tcPr>
            <w:tcW w:type="dxa" w:w="5216"/>
            <w:shd w:fill="FFFFFF"/>
            <w:vAlign w:val="top"/>
          </w:tcPr>
          <w:p>
            <w:pPr>
              <w:keepNext w:val="0"/>
              <w:keepLines/>
              <w:widowControl/>
              <w:spacing w:before="0" w:after="0" w:line="259" w:lineRule="auto"/>
              <w:ind w:left="0" w:right="0" w:firstLine="0"/>
            </w:pPr>
            <w:r>
              <w:rPr>
                <w:rFonts w:ascii="Arial" w:hAnsi="Arial" w:eastAsia="Arial" w:cs="Arial"/>
                <w:b/>
                <w:color w:val="00559E"/>
                <w:sz w:val="18"/>
              </w:rPr>
              <w:t>Photo 6</w:t>
            </w:r>
          </w:p>
        </w:tc>
      </w:tr>
      <w:tr>
        <w:trPr>
          <w:cantSplit w:val="1"/>
          <w:trHeight w:val="2900" w:hRule="atLeast"/>
        </w:trPr>
        <w:tc>
          <w:tcPr>
            <w:tcW w:type="dxa" w:w="5216"/>
            <w:shd w:fill="FFFFFF"/>
            <w:vAlign w:val="top"/>
          </w:tcPr>
          <w:p>
            <w:pPr>
              <w:keepNext w:val="0"/>
              <w:keepLines/>
              <w:widowControl/>
              <w:spacing w:before="0" w:after="0" w:line="259" w:lineRule="auto"/>
              <w:ind w:left="0" w:right="0" w:firstLine="0"/>
            </w:pPr>
            <w:r>
              <w:rPr>
                <w:rFonts w:ascii="Arial" w:hAnsi="Arial" w:eastAsia="Arial" w:cs="Arial"/>
                <w:b/>
                <w:color w:val="00559E"/>
                <w:sz w:val="18"/>
              </w:rPr>
              <w:t>Photo 7</w:t>
            </w:r>
          </w:p>
        </w:tc>
        <w:tc>
          <w:tcPr>
            <w:tcW w:type="dxa" w:w="5216"/>
            <w:shd w:fill="FFFFFF"/>
            <w:vAlign w:val="top"/>
          </w:tcPr>
          <w:p>
            <w:pPr>
              <w:keepNext w:val="0"/>
              <w:keepLines/>
              <w:widowControl/>
              <w:spacing w:before="0" w:after="0" w:line="259" w:lineRule="auto"/>
              <w:ind w:left="0" w:right="0" w:firstLine="0"/>
            </w:pPr>
            <w:r>
              <w:rPr>
                <w:rFonts w:ascii="Arial" w:hAnsi="Arial" w:eastAsia="Arial" w:cs="Arial"/>
                <w:b/>
                <w:color w:val="00559E"/>
                <w:sz w:val="18"/>
              </w:rPr>
              <w:t>Photo 8</w:t>
            </w:r>
          </w:p>
        </w:tc>
      </w:tr>
    </w:tbl>
    <w:p>
      <w:pPr>
        <w:keepNext w:val="0"/>
        <w:keepLines/>
        <w:widowControl/>
        <w:spacing w:before="120" w:after="0" w:line="259" w:lineRule="auto"/>
        <w:ind w:left="0" w:right="0" w:firstLine="0"/>
      </w:pPr>
      <w:r>
        <w:rPr>
          <w:rFonts w:ascii="Arial" w:hAnsi="Arial" w:eastAsia="Arial" w:cs="Arial"/>
          <w:b w:val="0"/>
          <w:color w:val="243746"/>
          <w:sz w:val="15"/>
        </w:rPr>
        <w:t>The results reflect only the condition of the inspected samples. They do not relieve the supplier of responsibility for defects not detected during random inspection or occurring later. This report is not evidence of shipment.</w:t>
      </w:r>
    </w:p>
    <w:sectPr w:rsidR="00FC693F" w:rsidRPr="0006063C" w:rsidSect="00034616">
      <w:headerReference w:type="default" r:id="rId9"/>
      <w:footerReference w:type="default" r:id="rId10"/>
      <w:pgSz w:w="11906" w:h="16838"/>
      <w:pgMar w:top="1587" w:right="737" w:bottom="1191" w:left="737"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keepNext w:val="0"/>
      <w:keepLines/>
      <w:widowControl/>
      <w:tabs>
        <w:tab w:pos="10431" w:val="right"/>
      </w:tabs>
      <w:spacing w:before="0" w:after="0" w:line="259" w:lineRule="auto"/>
      <w:ind w:left="0" w:right="0" w:firstLine="0"/>
    </w:pPr>
    <w:r>
      <w:rPr>
        <w:rFonts w:ascii="Arial" w:hAnsi="Arial" w:eastAsia="Arial" w:cs="Arial"/>
        <w:b w:val="0"/>
        <w:color w:val="647887"/>
        <w:sz w:val="16"/>
      </w:rPr>
      <w:t>HunterSourcing  |  huntersourcing.com</w:t>
    </w:r>
    <w:r>
      <w:rPr>
        <w:rFonts w:ascii="Arial" w:hAnsi="Arial" w:eastAsia="Arial" w:cs="Arial"/>
        <w:b w:val="0"/>
        <w:color w:val="647887"/>
        <w:sz w:val="16"/>
      </w:rPr>
      <w:tab/>
      <w:t xml:space="preserve">Page </w:t>
    </w:r>
    <w:r/>
    <w:fldSimple w:instr="PAGE"/>
    <w:r>
      <w:rPr>
        <w:rFonts w:ascii="Arial" w:hAnsi="Arial" w:eastAsia="Arial" w:cs="Arial"/>
        <w:b w:val="0"/>
        <w:color w:val="647887"/>
        <w:sz w:val="16"/>
      </w:rPr>
      <w:t xml:space="preserve"> of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keepNext w:val="0"/>
      <w:keepLines/>
      <w:widowControl/>
      <w:tabs>
        <w:tab w:pos="5216" w:val="center"/>
      </w:tabs>
      <w:spacing w:before="0" w:after="100" w:line="259" w:lineRule="auto"/>
      <w:ind w:left="0" w:right="0" w:firstLine="0"/>
    </w:pPr>
    <w:r>
      <w:rPr>
        <w:rFonts w:ascii="Arial" w:hAnsi="Arial" w:eastAsia="Arial" w:cs="Arial"/>
        <w:b/>
        <w:color w:val="000000"/>
        <w:sz w:val="40"/>
      </w:rPr>
      <w:drawing>
        <wp:inline xmlns:a="http://schemas.openxmlformats.org/drawingml/2006/main" xmlns:pic="http://schemas.openxmlformats.org/drawingml/2006/picture">
          <wp:extent cx="1368000" cy="27189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368000" cy="271890"/>
                  </a:xfrm>
                  <a:prstGeom prst="rect"/>
                </pic:spPr>
              </pic:pic>
            </a:graphicData>
          </a:graphic>
        </wp:inline>
      </w:drawing>
    </w:r>
    <w:r>
      <w:rPr>
        <w:rFonts w:ascii="Arial" w:hAnsi="Arial" w:eastAsia="Arial" w:cs="Arial"/>
        <w:b/>
        <w:color w:val="000000"/>
        <w:sz w:val="40"/>
      </w:rPr>
      <w:tab/>
      <w:t>Inspection Report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spacing w:after="0" w:line="259"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HunterSourcing Inspection Report</dc:title>
  <dc:subject/>
  <dc:creator>HunterSourcing</dc:creator>
  <cp:keywords/>
  <dc:description>Blank report template for user review</dc:description>
  <cp:lastModifiedBy/>
  <cp:revision>1</cp:revision>
  <dcterms:created xsi:type="dcterms:W3CDTF">2013-12-23T23:15:00Z</dcterms:created>
  <dcterms:modified xsi:type="dcterms:W3CDTF">2013-12-23T23:15:00Z</dcterms:modified>
  <cp:category/>
</cp:coreProperties>
</file>